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70B01" w14:textId="0A46AB6E" w:rsidR="002A0FB1" w:rsidRPr="002C7E5E" w:rsidRDefault="007F2F5E">
      <w:pPr>
        <w:pStyle w:val="aa"/>
        <w:rPr>
          <w:sz w:val="40"/>
          <w:szCs w:val="40"/>
          <w:lang w:eastAsia="ja-JP"/>
        </w:rPr>
      </w:pPr>
      <w:r w:rsidRPr="002C7E5E">
        <w:rPr>
          <w:rFonts w:hint="eastAsia"/>
          <w:sz w:val="40"/>
          <w:szCs w:val="40"/>
          <w:lang w:eastAsia="ja-JP"/>
        </w:rPr>
        <w:t>くっきぃず保育園・くっきぃずアカデメイア</w:t>
      </w:r>
      <w:r w:rsidRPr="002C7E5E">
        <w:rPr>
          <w:sz w:val="40"/>
          <w:szCs w:val="40"/>
          <w:lang w:eastAsia="ja-JP"/>
        </w:rPr>
        <w:t>MOU</w:t>
      </w:r>
      <w:r w:rsidR="00D27196" w:rsidRPr="002C7E5E">
        <w:rPr>
          <w:sz w:val="40"/>
          <w:szCs w:val="40"/>
          <w:lang w:eastAsia="ja-JP"/>
        </w:rPr>
        <w:br/>
      </w:r>
      <w:r w:rsidRPr="002C7E5E">
        <w:rPr>
          <w:sz w:val="40"/>
          <w:szCs w:val="40"/>
          <w:lang w:eastAsia="ja-JP"/>
        </w:rPr>
        <w:t>2026</w:t>
      </w:r>
      <w:r w:rsidRPr="002C7E5E">
        <w:rPr>
          <w:rFonts w:hint="eastAsia"/>
          <w:sz w:val="40"/>
          <w:szCs w:val="40"/>
          <w:lang w:eastAsia="ja-JP"/>
        </w:rPr>
        <w:t>年</w:t>
      </w:r>
      <w:r w:rsidRPr="002C7E5E">
        <w:rPr>
          <w:sz w:val="40"/>
          <w:szCs w:val="40"/>
          <w:lang w:eastAsia="ja-JP"/>
        </w:rPr>
        <w:t>6</w:t>
      </w:r>
      <w:r w:rsidRPr="002C7E5E">
        <w:rPr>
          <w:rFonts w:hint="eastAsia"/>
          <w:sz w:val="40"/>
          <w:szCs w:val="40"/>
          <w:lang w:eastAsia="ja-JP"/>
        </w:rPr>
        <w:t>月</w:t>
      </w:r>
      <w:r w:rsidRPr="002C7E5E">
        <w:rPr>
          <w:sz w:val="40"/>
          <w:szCs w:val="40"/>
          <w:lang w:eastAsia="ja-JP"/>
        </w:rPr>
        <w:t>14</w:t>
      </w:r>
      <w:r w:rsidRPr="002C7E5E">
        <w:rPr>
          <w:rFonts w:hint="eastAsia"/>
          <w:sz w:val="40"/>
          <w:szCs w:val="40"/>
          <w:lang w:eastAsia="ja-JP"/>
        </w:rPr>
        <w:t>日</w:t>
      </w:r>
      <w:r w:rsidR="00D27196" w:rsidRPr="002C7E5E">
        <w:rPr>
          <w:sz w:val="40"/>
          <w:szCs w:val="40"/>
          <w:lang w:eastAsia="ja-JP"/>
        </w:rPr>
        <w:br/>
      </w:r>
      <w:r w:rsidRPr="002C7E5E">
        <w:rPr>
          <w:rFonts w:hint="eastAsia"/>
          <w:sz w:val="40"/>
          <w:szCs w:val="40"/>
          <w:lang w:eastAsia="ja-JP"/>
        </w:rPr>
        <w:t>令和</w:t>
      </w:r>
      <w:r w:rsidRPr="002C7E5E">
        <w:rPr>
          <w:sz w:val="40"/>
          <w:szCs w:val="40"/>
          <w:lang w:eastAsia="ja-JP"/>
        </w:rPr>
        <w:t>8</w:t>
      </w:r>
      <w:r w:rsidRPr="002C7E5E">
        <w:rPr>
          <w:rFonts w:hint="eastAsia"/>
          <w:sz w:val="40"/>
          <w:szCs w:val="40"/>
          <w:lang w:eastAsia="ja-JP"/>
        </w:rPr>
        <w:t>年度</w:t>
      </w:r>
      <w:r w:rsidR="00D27196" w:rsidRPr="002C7E5E">
        <w:rPr>
          <w:sz w:val="40"/>
          <w:szCs w:val="40"/>
          <w:lang w:eastAsia="ja-JP"/>
        </w:rPr>
        <w:t xml:space="preserve"> </w:t>
      </w:r>
      <w:r w:rsidRPr="002C7E5E">
        <w:rPr>
          <w:rFonts w:hint="eastAsia"/>
          <w:sz w:val="40"/>
          <w:szCs w:val="40"/>
          <w:lang w:eastAsia="ja-JP"/>
        </w:rPr>
        <w:t>保護者アンケート</w:t>
      </w:r>
      <w:r w:rsidR="00A959B4">
        <w:rPr>
          <w:rFonts w:hint="eastAsia"/>
          <w:sz w:val="40"/>
          <w:szCs w:val="40"/>
          <w:lang w:eastAsia="ja-JP"/>
        </w:rPr>
        <w:t>結果</w:t>
      </w:r>
    </w:p>
    <w:p w14:paraId="476DF6E3" w14:textId="6E6440A7" w:rsidR="002A0FB1" w:rsidRDefault="007F2F5E" w:rsidP="002C7E5E">
      <w:pPr>
        <w:pStyle w:val="1"/>
        <w:spacing w:line="400" w:lineRule="exact"/>
      </w:pPr>
      <w:proofErr w:type="spellStart"/>
      <w:r>
        <w:rPr>
          <w:rFonts w:hint="eastAsia"/>
        </w:rPr>
        <w:t>保育内容について</w:t>
      </w:r>
      <w:proofErr w:type="spellEnd"/>
    </w:p>
    <w:p w14:paraId="34C2F565" w14:textId="7332B79C" w:rsidR="007F2F5E" w:rsidRDefault="007F2F5E" w:rsidP="002C7E5E">
      <w:pPr>
        <w:spacing w:line="400" w:lineRule="exact"/>
        <w:rPr>
          <w:lang w:eastAsia="ja-JP"/>
        </w:rPr>
      </w:pPr>
      <w:r>
        <w:rPr>
          <w:b/>
          <w:lang w:eastAsia="ja-JP"/>
        </w:rPr>
        <w:t>1</w:t>
      </w:r>
      <w:r w:rsidR="00D27196">
        <w:rPr>
          <w:b/>
          <w:lang w:eastAsia="ja-JP"/>
        </w:rPr>
        <w:t xml:space="preserve">. </w:t>
      </w:r>
      <w:r>
        <w:rPr>
          <w:b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F2F5E" w:rsidRPr="007F2F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こども</w:t>
            </w:r>
          </w:rt>
          <w:rubyBase>
            <w:r w:rsidR="007F2F5E">
              <w:rPr>
                <w:rFonts w:hint="eastAsia"/>
                <w:b/>
                <w:lang w:eastAsia="ja-JP"/>
              </w:rPr>
              <w:t>子ども</w:t>
            </w:r>
          </w:rubyBase>
        </w:ruby>
      </w:r>
      <w:r>
        <w:rPr>
          <w:b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F2F5E" w:rsidRPr="007F2F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ひとりひとり</w:t>
            </w:r>
          </w:rt>
          <w:rubyBase>
            <w:r w:rsidR="007F2F5E">
              <w:rPr>
                <w:rFonts w:hint="eastAsia"/>
                <w:b/>
                <w:lang w:eastAsia="ja-JP"/>
              </w:rPr>
              <w:t>一人一人</w:t>
            </w:r>
          </w:rubyBase>
        </w:ruby>
      </w:r>
      <w:r>
        <w:rPr>
          <w:rFonts w:hint="eastAsia"/>
          <w:b/>
          <w:lang w:eastAsia="ja-JP"/>
        </w:rPr>
        <w:t>を</w:t>
      </w:r>
      <w:r>
        <w:rPr>
          <w:b/>
          <w:lang w:eastAsia="ja-JP"/>
        </w:rPr>
        <w:fldChar w:fldCharType="begin"/>
      </w:r>
      <w:r>
        <w:rPr>
          <w:rFonts w:hint="eastAsia"/>
          <w:b/>
          <w:lang w:eastAsia="ja-JP"/>
        </w:rPr>
        <w:instrText>EQ \* jc2 \* "Font:</w:instrText>
      </w:r>
      <w:r>
        <w:rPr>
          <w:rFonts w:hint="eastAsia"/>
          <w:b/>
          <w:lang w:eastAsia="ja-JP"/>
        </w:rPr>
        <w:instrText>ＭＳ</w:instrText>
      </w:r>
      <w:r>
        <w:rPr>
          <w:rFonts w:hint="eastAsia"/>
          <w:b/>
          <w:lang w:eastAsia="ja-JP"/>
        </w:rPr>
        <w:instrText xml:space="preserve"> </w:instrText>
      </w:r>
      <w:r>
        <w:rPr>
          <w:rFonts w:hint="eastAsia"/>
          <w:b/>
          <w:lang w:eastAsia="ja-JP"/>
        </w:rPr>
        <w:instrText>明朝</w:instrText>
      </w:r>
      <w:r>
        <w:rPr>
          <w:rFonts w:hint="eastAsia"/>
          <w:b/>
          <w:lang w:eastAsia="ja-JP"/>
        </w:rPr>
        <w:instrText>" \* hps11 \o\ad(\s\up 10(</w:instrText>
      </w:r>
      <w:r w:rsidRPr="007F2F5E">
        <w:rPr>
          <w:rFonts w:ascii="ＭＳ 明朝" w:eastAsia="ＭＳ 明朝" w:hAnsi="ＭＳ 明朝" w:hint="eastAsia"/>
          <w:b/>
          <w:sz w:val="11"/>
          <w:lang w:eastAsia="ja-JP"/>
        </w:rPr>
        <w:instrText>りかい</w:instrText>
      </w:r>
      <w:r>
        <w:rPr>
          <w:rFonts w:hint="eastAsia"/>
          <w:b/>
          <w:lang w:eastAsia="ja-JP"/>
        </w:rPr>
        <w:instrText>),</w:instrText>
      </w:r>
      <w:r>
        <w:rPr>
          <w:rFonts w:hint="eastAsia"/>
          <w:b/>
          <w:lang w:eastAsia="ja-JP"/>
        </w:rPr>
        <w:instrText>理解</w:instrText>
      </w:r>
      <w:r>
        <w:rPr>
          <w:rFonts w:hint="eastAsia"/>
          <w:b/>
          <w:lang w:eastAsia="ja-JP"/>
        </w:rPr>
        <w:instrText>)</w:instrText>
      </w:r>
      <w:r>
        <w:rPr>
          <w:b/>
          <w:lang w:eastAsia="ja-JP"/>
        </w:rPr>
        <w:fldChar w:fldCharType="end"/>
      </w:r>
      <w:r>
        <w:rPr>
          <w:rFonts w:hint="eastAsia"/>
          <w:b/>
          <w:lang w:eastAsia="ja-JP"/>
        </w:rPr>
        <w:t>し、</w:t>
      </w:r>
      <w:r>
        <w:rPr>
          <w:b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F2F5E" w:rsidRPr="007F2F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たいせつ</w:t>
            </w:r>
          </w:rt>
          <w:rubyBase>
            <w:r w:rsidR="007F2F5E">
              <w:rPr>
                <w:rFonts w:hint="eastAsia"/>
                <w:b/>
                <w:lang w:eastAsia="ja-JP"/>
              </w:rPr>
              <w:t>大切</w:t>
            </w:r>
          </w:rubyBase>
        </w:ruby>
      </w:r>
      <w:r>
        <w:rPr>
          <w:rFonts w:hint="eastAsia"/>
          <w:b/>
          <w:lang w:eastAsia="ja-JP"/>
        </w:rPr>
        <w:t>に</w:t>
      </w:r>
      <w:r>
        <w:rPr>
          <w:b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F2F5E" w:rsidRPr="007F2F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ほいく</w:t>
            </w:r>
          </w:rt>
          <w:rubyBase>
            <w:r w:rsidR="007F2F5E">
              <w:rPr>
                <w:rFonts w:hint="eastAsia"/>
                <w:b/>
                <w:lang w:eastAsia="ja-JP"/>
              </w:rPr>
              <w:t>保育</w:t>
            </w:r>
          </w:rubyBase>
        </w:ruby>
      </w:r>
      <w:r>
        <w:rPr>
          <w:rFonts w:hint="eastAsia"/>
          <w:b/>
          <w:lang w:eastAsia="ja-JP"/>
        </w:rPr>
        <w:t>されている</w:t>
      </w:r>
    </w:p>
    <w:p w14:paraId="4E13C1D7" w14:textId="14BBCDB6" w:rsidR="007F2F5E" w:rsidRDefault="00D27196" w:rsidP="002C7E5E">
      <w:pPr>
        <w:spacing w:line="400" w:lineRule="exact"/>
        <w:rPr>
          <w:lang w:eastAsia="ja-JP"/>
        </w:rPr>
      </w:pPr>
      <w:r>
        <w:rPr>
          <w:lang w:eastAsia="ja-JP"/>
        </w:rPr>
        <w:t xml:space="preserve">□ </w:t>
      </w:r>
      <w:r>
        <w:rPr>
          <w:lang w:eastAsia="ja-JP"/>
        </w:rPr>
        <w:t>とてもそう</w:t>
      </w:r>
      <w:r w:rsidR="0014565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14565A">
              <w:rPr>
                <w:rFonts w:hint="eastAsia"/>
                <w:lang w:eastAsia="ja-JP"/>
              </w:rPr>
              <w:t>思</w:t>
            </w:r>
          </w:rubyBase>
        </w:ruby>
      </w:r>
      <w:r>
        <w:rPr>
          <w:lang w:eastAsia="ja-JP"/>
        </w:rPr>
        <w:t>う</w:t>
      </w:r>
      <w:r w:rsidR="007F2F5E">
        <w:rPr>
          <w:lang w:eastAsia="ja-JP"/>
        </w:rPr>
        <w:tab/>
      </w:r>
      <w:r w:rsidR="007F2F5E" w:rsidRPr="00150828">
        <w:rPr>
          <w:rFonts w:hint="eastAsia"/>
          <w:b/>
          <w:bCs/>
          <w:lang w:eastAsia="ja-JP"/>
        </w:rPr>
        <w:t>８０％</w:t>
      </w:r>
      <w:r w:rsidR="007F2F5E">
        <w:rPr>
          <w:lang w:eastAsia="ja-JP"/>
        </w:rPr>
        <w:tab/>
      </w:r>
      <w:r w:rsidR="007F2F5E">
        <w:rPr>
          <w:rFonts w:hint="eastAsia"/>
          <w:lang w:eastAsia="ja-JP"/>
        </w:rPr>
        <w:t xml:space="preserve">　　</w:t>
      </w:r>
      <w:r>
        <w:rPr>
          <w:lang w:eastAsia="ja-JP"/>
        </w:rPr>
        <w:t xml:space="preserve"> □ </w:t>
      </w:r>
      <w:r>
        <w:rPr>
          <w:lang w:eastAsia="ja-JP"/>
        </w:rPr>
        <w:t>そう</w:t>
      </w:r>
      <w:r w:rsidR="0014565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14565A">
              <w:rPr>
                <w:rFonts w:hint="eastAsia"/>
                <w:lang w:eastAsia="ja-JP"/>
              </w:rPr>
              <w:t>思</w:t>
            </w:r>
          </w:rubyBase>
        </w:ruby>
      </w:r>
      <w:r>
        <w:rPr>
          <w:lang w:eastAsia="ja-JP"/>
        </w:rPr>
        <w:t>う</w:t>
      </w:r>
      <w:r w:rsidR="007F2F5E">
        <w:rPr>
          <w:rFonts w:hint="eastAsia"/>
          <w:lang w:eastAsia="ja-JP"/>
        </w:rPr>
        <w:t xml:space="preserve">　　</w:t>
      </w:r>
      <w:r w:rsidR="007F2F5E" w:rsidRPr="00150828">
        <w:rPr>
          <w:rFonts w:hint="eastAsia"/>
          <w:b/>
          <w:bCs/>
          <w:lang w:eastAsia="ja-JP"/>
        </w:rPr>
        <w:t>２０％</w:t>
      </w:r>
      <w:r w:rsidR="007F2F5E">
        <w:rPr>
          <w:lang w:eastAsia="ja-JP"/>
        </w:rPr>
        <w:tab/>
      </w:r>
      <w:r>
        <w:rPr>
          <w:lang w:eastAsia="ja-JP"/>
        </w:rPr>
        <w:t xml:space="preserve"> □ </w:t>
      </w:r>
      <w:r w:rsidR="0014565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ふつう</w:t>
            </w:r>
          </w:rt>
          <w:rubyBase>
            <w:r w:rsidR="0014565A">
              <w:rPr>
                <w:rFonts w:hint="eastAsia"/>
                <w:lang w:eastAsia="ja-JP"/>
              </w:rPr>
              <w:t>普通</w:t>
            </w:r>
          </w:rubyBase>
        </w:ruby>
      </w:r>
      <w:r>
        <w:rPr>
          <w:lang w:eastAsia="ja-JP"/>
        </w:rPr>
        <w:t xml:space="preserve"> □ </w:t>
      </w:r>
      <w:r>
        <w:rPr>
          <w:lang w:eastAsia="ja-JP"/>
        </w:rPr>
        <w:t>そう</w:t>
      </w:r>
      <w:r w:rsidR="0014565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14565A">
              <w:rPr>
                <w:rFonts w:hint="eastAsia"/>
                <w:lang w:eastAsia="ja-JP"/>
              </w:rPr>
              <w:t>思</w:t>
            </w:r>
          </w:rubyBase>
        </w:ruby>
      </w:r>
      <w:r>
        <w:rPr>
          <w:lang w:eastAsia="ja-JP"/>
        </w:rPr>
        <w:t>わない</w:t>
      </w:r>
      <w:r>
        <w:rPr>
          <w:lang w:eastAsia="ja-JP"/>
        </w:rPr>
        <w:t xml:space="preserve"> □ </w:t>
      </w:r>
      <w:r>
        <w:rPr>
          <w:lang w:eastAsia="ja-JP"/>
        </w:rPr>
        <w:t>わからない</w:t>
      </w:r>
      <w:r>
        <w:rPr>
          <w:lang w:eastAsia="ja-JP"/>
        </w:rPr>
        <w:br/>
      </w:r>
      <w:r>
        <w:rPr>
          <w:b/>
          <w:lang w:eastAsia="ja-JP"/>
        </w:rPr>
        <w:t xml:space="preserve">2. </w:t>
      </w:r>
      <w:r w:rsidR="0014565A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もくひょう</w:t>
            </w:r>
          </w:rt>
          <w:rubyBase>
            <w:r w:rsidR="0014565A">
              <w:rPr>
                <w:rFonts w:hint="eastAsia"/>
                <w:b/>
                <w:lang w:eastAsia="ja-JP"/>
              </w:rPr>
              <w:t>目標</w:t>
            </w:r>
          </w:rubyBase>
        </w:ruby>
      </w:r>
      <w:r>
        <w:rPr>
          <w:b/>
          <w:lang w:eastAsia="ja-JP"/>
        </w:rPr>
        <w:t>に</w:t>
      </w:r>
      <w:r w:rsidR="0014565A">
        <w:rPr>
          <w:b/>
        </w:rPr>
        <w:fldChar w:fldCharType="begin"/>
      </w:r>
      <w:r w:rsidR="0014565A">
        <w:rPr>
          <w:b/>
          <w:lang w:eastAsia="ja-JP"/>
        </w:rPr>
        <w:instrText>EQ \* jc2 \* "Font:</w:instrText>
      </w:r>
      <w:r w:rsidR="0014565A">
        <w:rPr>
          <w:b/>
          <w:lang w:eastAsia="ja-JP"/>
        </w:rPr>
        <w:instrText>ＭＳ</w:instrText>
      </w:r>
      <w:r w:rsidR="0014565A">
        <w:rPr>
          <w:b/>
          <w:lang w:eastAsia="ja-JP"/>
        </w:rPr>
        <w:instrText xml:space="preserve"> </w:instrText>
      </w:r>
      <w:r w:rsidR="0014565A">
        <w:rPr>
          <w:b/>
          <w:lang w:eastAsia="ja-JP"/>
        </w:rPr>
        <w:instrText>明朝</w:instrText>
      </w:r>
      <w:r w:rsidR="0014565A">
        <w:rPr>
          <w:b/>
          <w:lang w:eastAsia="ja-JP"/>
        </w:rPr>
        <w:instrText>" \* hps11 \o\ad(\s\up 10(</w:instrText>
      </w:r>
      <w:r w:rsidR="0014565A" w:rsidRPr="0014565A">
        <w:rPr>
          <w:rFonts w:ascii="ＭＳ 明朝" w:eastAsia="ＭＳ 明朝" w:hAnsi="ＭＳ 明朝" w:hint="eastAsia"/>
          <w:b/>
          <w:sz w:val="11"/>
          <w:lang w:eastAsia="ja-JP"/>
        </w:rPr>
        <w:instrText>そ</w:instrText>
      </w:r>
      <w:r w:rsidR="0014565A">
        <w:rPr>
          <w:b/>
          <w:lang w:eastAsia="ja-JP"/>
        </w:rPr>
        <w:instrText>),</w:instrText>
      </w:r>
      <w:r w:rsidR="0014565A">
        <w:rPr>
          <w:rFonts w:hint="eastAsia"/>
          <w:b/>
          <w:lang w:eastAsia="ja-JP"/>
        </w:rPr>
        <w:instrText>沿</w:instrText>
      </w:r>
      <w:r w:rsidR="0014565A">
        <w:rPr>
          <w:b/>
          <w:lang w:eastAsia="ja-JP"/>
        </w:rPr>
        <w:instrText>)</w:instrText>
      </w:r>
      <w:r w:rsidR="0014565A">
        <w:rPr>
          <w:b/>
        </w:rPr>
        <w:fldChar w:fldCharType="end"/>
      </w:r>
      <w:r>
        <w:rPr>
          <w:b/>
          <w:lang w:eastAsia="ja-JP"/>
        </w:rPr>
        <w:t>って</w:t>
      </w:r>
      <w:r w:rsidR="0014565A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はったつ</w:t>
            </w:r>
          </w:rt>
          <w:rubyBase>
            <w:r w:rsidR="0014565A">
              <w:rPr>
                <w:rFonts w:hint="eastAsia"/>
                <w:b/>
                <w:lang w:eastAsia="ja-JP"/>
              </w:rPr>
              <w:t>発達</w:t>
            </w:r>
          </w:rubyBase>
        </w:ruby>
      </w:r>
      <w:r>
        <w:rPr>
          <w:b/>
          <w:lang w:eastAsia="ja-JP"/>
        </w:rPr>
        <w:t>に</w:t>
      </w:r>
      <w:r w:rsidR="0014565A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おう</w:t>
            </w:r>
          </w:rt>
          <w:rubyBase>
            <w:r w:rsidR="0014565A">
              <w:rPr>
                <w:rFonts w:hint="eastAsia"/>
                <w:b/>
                <w:lang w:eastAsia="ja-JP"/>
              </w:rPr>
              <w:t>応</w:t>
            </w:r>
          </w:rubyBase>
        </w:ruby>
      </w:r>
      <w:r>
        <w:rPr>
          <w:b/>
          <w:lang w:eastAsia="ja-JP"/>
        </w:rPr>
        <w:t>じた</w:t>
      </w:r>
      <w:r w:rsidR="0014565A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ほいく</w:t>
            </w:r>
          </w:rt>
          <w:rubyBase>
            <w:r w:rsidR="0014565A">
              <w:rPr>
                <w:rFonts w:hint="eastAsia"/>
                <w:b/>
                <w:lang w:eastAsia="ja-JP"/>
              </w:rPr>
              <w:t>保育</w:t>
            </w:r>
          </w:rubyBase>
        </w:ruby>
      </w:r>
      <w:r>
        <w:rPr>
          <w:b/>
          <w:lang w:eastAsia="ja-JP"/>
        </w:rPr>
        <w:t>がされている</w:t>
      </w:r>
    </w:p>
    <w:p w14:paraId="1E783BE4" w14:textId="22C5AE48" w:rsidR="007F2F5E" w:rsidRDefault="00D27196" w:rsidP="00D2360D">
      <w:pPr>
        <w:spacing w:line="400" w:lineRule="exact"/>
        <w:rPr>
          <w:lang w:eastAsia="ja-JP"/>
        </w:rPr>
      </w:pPr>
      <w:r>
        <w:rPr>
          <w:lang w:eastAsia="ja-JP"/>
        </w:rPr>
        <w:t xml:space="preserve">□ </w:t>
      </w:r>
      <w:r>
        <w:rPr>
          <w:lang w:eastAsia="ja-JP"/>
        </w:rPr>
        <w:t>とてもそう</w:t>
      </w:r>
      <w:r w:rsidR="0014565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14565A">
              <w:rPr>
                <w:rFonts w:hint="eastAsia"/>
                <w:lang w:eastAsia="ja-JP"/>
              </w:rPr>
              <w:t>思</w:t>
            </w:r>
          </w:rubyBase>
        </w:ruby>
      </w:r>
      <w:r>
        <w:rPr>
          <w:lang w:eastAsia="ja-JP"/>
        </w:rPr>
        <w:t>う</w:t>
      </w:r>
      <w:r>
        <w:rPr>
          <w:lang w:eastAsia="ja-JP"/>
        </w:rPr>
        <w:t xml:space="preserve"> </w:t>
      </w:r>
      <w:r w:rsidR="007F2F5E">
        <w:rPr>
          <w:rFonts w:hint="eastAsia"/>
          <w:lang w:eastAsia="ja-JP"/>
        </w:rPr>
        <w:t xml:space="preserve">　　</w:t>
      </w:r>
      <w:r w:rsidR="007F2F5E" w:rsidRPr="00150828">
        <w:rPr>
          <w:rFonts w:hint="eastAsia"/>
          <w:b/>
          <w:bCs/>
          <w:lang w:eastAsia="ja-JP"/>
        </w:rPr>
        <w:t>８０％</w:t>
      </w:r>
      <w:r w:rsidR="007F2F5E">
        <w:rPr>
          <w:rFonts w:hint="eastAsia"/>
          <w:lang w:eastAsia="ja-JP"/>
        </w:rPr>
        <w:t xml:space="preserve">　　</w:t>
      </w:r>
      <w:r>
        <w:rPr>
          <w:lang w:eastAsia="ja-JP"/>
        </w:rPr>
        <w:t xml:space="preserve">□ </w:t>
      </w:r>
      <w:r>
        <w:rPr>
          <w:lang w:eastAsia="ja-JP"/>
        </w:rPr>
        <w:t>そう</w:t>
      </w:r>
      <w:r w:rsidR="0014565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14565A">
              <w:rPr>
                <w:rFonts w:hint="eastAsia"/>
                <w:lang w:eastAsia="ja-JP"/>
              </w:rPr>
              <w:t>思</w:t>
            </w:r>
          </w:rubyBase>
        </w:ruby>
      </w:r>
      <w:r>
        <w:rPr>
          <w:lang w:eastAsia="ja-JP"/>
        </w:rPr>
        <w:t>う</w:t>
      </w:r>
      <w:r w:rsidR="007F2F5E">
        <w:rPr>
          <w:rFonts w:hint="eastAsia"/>
          <w:lang w:eastAsia="ja-JP"/>
        </w:rPr>
        <w:t xml:space="preserve">　　</w:t>
      </w:r>
      <w:r w:rsidR="007F2F5E" w:rsidRPr="00150828">
        <w:rPr>
          <w:rFonts w:hint="eastAsia"/>
          <w:b/>
          <w:bCs/>
          <w:lang w:eastAsia="ja-JP"/>
        </w:rPr>
        <w:t>２０％</w:t>
      </w:r>
      <w:r w:rsidR="007F2F5E">
        <w:rPr>
          <w:rFonts w:hint="eastAsia"/>
          <w:lang w:eastAsia="ja-JP"/>
        </w:rPr>
        <w:t xml:space="preserve">　</w:t>
      </w:r>
      <w:r>
        <w:rPr>
          <w:lang w:eastAsia="ja-JP"/>
        </w:rPr>
        <w:t xml:space="preserve"> □ </w:t>
      </w:r>
      <w:r w:rsidR="0014565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ふつう</w:t>
            </w:r>
          </w:rt>
          <w:rubyBase>
            <w:r w:rsidR="0014565A">
              <w:rPr>
                <w:rFonts w:hint="eastAsia"/>
                <w:lang w:eastAsia="ja-JP"/>
              </w:rPr>
              <w:t>普通</w:t>
            </w:r>
          </w:rubyBase>
        </w:ruby>
      </w:r>
      <w:r>
        <w:rPr>
          <w:lang w:eastAsia="ja-JP"/>
        </w:rPr>
        <w:t xml:space="preserve"> □ </w:t>
      </w:r>
      <w:r>
        <w:rPr>
          <w:lang w:eastAsia="ja-JP"/>
        </w:rPr>
        <w:t>そう</w:t>
      </w:r>
      <w:r w:rsidR="0014565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14565A">
              <w:rPr>
                <w:rFonts w:hint="eastAsia"/>
                <w:lang w:eastAsia="ja-JP"/>
              </w:rPr>
              <w:t>思</w:t>
            </w:r>
          </w:rubyBase>
        </w:ruby>
      </w:r>
      <w:r>
        <w:rPr>
          <w:lang w:eastAsia="ja-JP"/>
        </w:rPr>
        <w:t>わない</w:t>
      </w:r>
      <w:r>
        <w:rPr>
          <w:lang w:eastAsia="ja-JP"/>
        </w:rPr>
        <w:t xml:space="preserve"> □ </w:t>
      </w:r>
      <w:r>
        <w:rPr>
          <w:lang w:eastAsia="ja-JP"/>
        </w:rPr>
        <w:t>わからない</w:t>
      </w:r>
      <w:r>
        <w:rPr>
          <w:lang w:eastAsia="ja-JP"/>
        </w:rPr>
        <w:br/>
      </w:r>
      <w:r>
        <w:rPr>
          <w:b/>
          <w:lang w:eastAsia="ja-JP"/>
        </w:rPr>
        <w:t xml:space="preserve">3. </w:t>
      </w:r>
      <w:r w:rsidR="0014565A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ねんれい</w:t>
            </w:r>
          </w:rt>
          <w:rubyBase>
            <w:r w:rsidR="0014565A">
              <w:rPr>
                <w:rFonts w:hint="eastAsia"/>
                <w:b/>
                <w:lang w:eastAsia="ja-JP"/>
              </w:rPr>
              <w:t>年齢</w:t>
            </w:r>
          </w:rubyBase>
        </w:ruby>
      </w:r>
      <w:r>
        <w:rPr>
          <w:b/>
          <w:lang w:eastAsia="ja-JP"/>
        </w:rPr>
        <w:t>に</w:t>
      </w:r>
      <w:r w:rsidR="0014565A">
        <w:rPr>
          <w:b/>
        </w:rPr>
        <w:fldChar w:fldCharType="begin"/>
      </w:r>
      <w:r w:rsidR="0014565A">
        <w:rPr>
          <w:b/>
          <w:lang w:eastAsia="ja-JP"/>
        </w:rPr>
        <w:instrText>EQ \* jc2 \* "Font:</w:instrText>
      </w:r>
      <w:r w:rsidR="0014565A">
        <w:rPr>
          <w:b/>
          <w:lang w:eastAsia="ja-JP"/>
        </w:rPr>
        <w:instrText>ＭＳ</w:instrText>
      </w:r>
      <w:r w:rsidR="0014565A">
        <w:rPr>
          <w:b/>
          <w:lang w:eastAsia="ja-JP"/>
        </w:rPr>
        <w:instrText xml:space="preserve"> </w:instrText>
      </w:r>
      <w:r w:rsidR="0014565A">
        <w:rPr>
          <w:b/>
          <w:lang w:eastAsia="ja-JP"/>
        </w:rPr>
        <w:instrText>明朝</w:instrText>
      </w:r>
      <w:r w:rsidR="0014565A">
        <w:rPr>
          <w:b/>
          <w:lang w:eastAsia="ja-JP"/>
        </w:rPr>
        <w:instrText>" \* hps11 \o\ad(\s\up 10(</w:instrText>
      </w:r>
      <w:r w:rsidR="0014565A" w:rsidRPr="0014565A">
        <w:rPr>
          <w:rFonts w:ascii="ＭＳ 明朝" w:eastAsia="ＭＳ 明朝" w:hAnsi="ＭＳ 明朝" w:hint="eastAsia"/>
          <w:b/>
          <w:sz w:val="11"/>
          <w:lang w:eastAsia="ja-JP"/>
        </w:rPr>
        <w:instrText>おう</w:instrText>
      </w:r>
      <w:r w:rsidR="0014565A">
        <w:rPr>
          <w:b/>
          <w:lang w:eastAsia="ja-JP"/>
        </w:rPr>
        <w:instrText>),</w:instrText>
      </w:r>
      <w:r w:rsidR="0014565A">
        <w:rPr>
          <w:rFonts w:hint="eastAsia"/>
          <w:b/>
          <w:lang w:eastAsia="ja-JP"/>
        </w:rPr>
        <w:instrText>応</w:instrText>
      </w:r>
      <w:r w:rsidR="0014565A">
        <w:rPr>
          <w:b/>
          <w:lang w:eastAsia="ja-JP"/>
        </w:rPr>
        <w:instrText>)</w:instrText>
      </w:r>
      <w:r w:rsidR="0014565A">
        <w:rPr>
          <w:b/>
        </w:rPr>
        <w:fldChar w:fldCharType="end"/>
      </w:r>
      <w:r>
        <w:rPr>
          <w:b/>
          <w:lang w:eastAsia="ja-JP"/>
        </w:rPr>
        <w:t>じた</w:t>
      </w:r>
      <w:r w:rsidR="0014565A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しょくいく</w:t>
            </w:r>
          </w:rt>
          <w:rubyBase>
            <w:r w:rsidR="0014565A">
              <w:rPr>
                <w:rFonts w:hint="eastAsia"/>
                <w:b/>
                <w:lang w:eastAsia="ja-JP"/>
              </w:rPr>
              <w:t>食育</w:t>
            </w:r>
          </w:rubyBase>
        </w:ruby>
      </w:r>
      <w:r>
        <w:rPr>
          <w:b/>
          <w:lang w:eastAsia="ja-JP"/>
        </w:rPr>
        <w:t>への取り組みがされている</w:t>
      </w:r>
    </w:p>
    <w:p w14:paraId="459BBB7C" w14:textId="14320C25" w:rsidR="002A0FB1" w:rsidRDefault="00D2360D" w:rsidP="00D2360D">
      <w:pPr>
        <w:spacing w:line="400" w:lineRule="exact"/>
        <w:rPr>
          <w:lang w:eastAsia="ja-JP"/>
        </w:rPr>
      </w:pPr>
      <w:r>
        <w:rPr>
          <w:lang w:eastAsia="ja-JP"/>
        </w:rPr>
        <w:t>□</w:t>
      </w:r>
      <w:r>
        <w:rPr>
          <w:lang w:eastAsia="ja-JP"/>
        </w:rPr>
        <w:t>とてもそう</w:t>
      </w:r>
      <w:r>
        <w:fldChar w:fldCharType="begin"/>
      </w:r>
      <w:r>
        <w:rPr>
          <w:lang w:eastAsia="ja-JP"/>
        </w:rPr>
        <w:instrText>EQ \* jc2 \* "Font:</w:instrText>
      </w:r>
      <w:r>
        <w:rPr>
          <w:lang w:eastAsia="ja-JP"/>
        </w:rPr>
        <w:instrText>ＭＳ</w:instrText>
      </w:r>
      <w:r>
        <w:rPr>
          <w:lang w:eastAsia="ja-JP"/>
        </w:rPr>
        <w:instrText xml:space="preserve"> </w:instrText>
      </w:r>
      <w:r>
        <w:rPr>
          <w:lang w:eastAsia="ja-JP"/>
        </w:rPr>
        <w:instrText>明朝</w:instrText>
      </w:r>
      <w:r>
        <w:rPr>
          <w:lang w:eastAsia="ja-JP"/>
        </w:rPr>
        <w:instrText>" \* hps11 \o\ad(\s\up 10(</w:instrText>
      </w:r>
      <w:r w:rsidRPr="0014565A">
        <w:rPr>
          <w:rFonts w:ascii="ＭＳ 明朝" w:eastAsia="ＭＳ 明朝" w:hAnsi="ＭＳ 明朝" w:hint="eastAsia"/>
          <w:sz w:val="11"/>
          <w:lang w:eastAsia="ja-JP"/>
        </w:rPr>
        <w:instrText>おも</w:instrText>
      </w:r>
      <w:r>
        <w:rPr>
          <w:lang w:eastAsia="ja-JP"/>
        </w:rPr>
        <w:instrText>),</w:instrText>
      </w:r>
      <w:r>
        <w:rPr>
          <w:rFonts w:hint="eastAsia"/>
          <w:lang w:eastAsia="ja-JP"/>
        </w:rPr>
        <w:instrText>思</w:instrText>
      </w:r>
      <w:r>
        <w:rPr>
          <w:lang w:eastAsia="ja-JP"/>
        </w:rPr>
        <w:instrText>)</w:instrText>
      </w:r>
      <w:r>
        <w:fldChar w:fldCharType="end"/>
      </w:r>
      <w:r>
        <w:rPr>
          <w:lang w:eastAsia="ja-JP"/>
        </w:rPr>
        <w:t>う</w:t>
      </w:r>
      <w:r w:rsidR="007F2F5E">
        <w:rPr>
          <w:lang w:eastAsia="ja-JP"/>
        </w:rPr>
        <w:tab/>
      </w:r>
      <w:r w:rsidR="007F2F5E" w:rsidRPr="00150828">
        <w:rPr>
          <w:rFonts w:hint="eastAsia"/>
          <w:b/>
          <w:bCs/>
          <w:lang w:eastAsia="ja-JP"/>
        </w:rPr>
        <w:t>８０％</w:t>
      </w:r>
      <w:r w:rsidR="007F2F5E">
        <w:rPr>
          <w:rFonts w:hint="eastAsia"/>
          <w:lang w:eastAsia="ja-JP"/>
        </w:rPr>
        <w:t xml:space="preserve">　　</w:t>
      </w:r>
      <w:r>
        <w:rPr>
          <w:lang w:eastAsia="ja-JP"/>
        </w:rPr>
        <w:t xml:space="preserve"> □ </w:t>
      </w:r>
      <w:r>
        <w:rPr>
          <w:lang w:eastAsia="ja-JP"/>
        </w:rPr>
        <w:t>そう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60D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D2360D">
              <w:rPr>
                <w:rFonts w:hint="eastAsia"/>
                <w:lang w:eastAsia="ja-JP"/>
              </w:rPr>
              <w:t>思</w:t>
            </w:r>
          </w:rubyBase>
        </w:ruby>
      </w:r>
      <w:r>
        <w:rPr>
          <w:lang w:eastAsia="ja-JP"/>
        </w:rPr>
        <w:t>う</w:t>
      </w:r>
      <w:r w:rsidR="007F2F5E">
        <w:rPr>
          <w:rFonts w:hint="eastAsia"/>
          <w:lang w:eastAsia="ja-JP"/>
        </w:rPr>
        <w:t xml:space="preserve">　　</w:t>
      </w:r>
      <w:r w:rsidR="007F2F5E" w:rsidRPr="00150828">
        <w:rPr>
          <w:rFonts w:hint="eastAsia"/>
          <w:b/>
          <w:bCs/>
          <w:lang w:eastAsia="ja-JP"/>
        </w:rPr>
        <w:t>２０％</w:t>
      </w:r>
      <w:r w:rsidR="007F2F5E">
        <w:rPr>
          <w:rFonts w:hint="eastAsia"/>
          <w:lang w:eastAsia="ja-JP"/>
        </w:rPr>
        <w:t xml:space="preserve">　</w:t>
      </w:r>
      <w:r>
        <w:rPr>
          <w:lang w:eastAsia="ja-JP"/>
        </w:rPr>
        <w:t xml:space="preserve"> □ 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60D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ふつう</w:t>
            </w:r>
          </w:rt>
          <w:rubyBase>
            <w:r w:rsidR="00D2360D">
              <w:rPr>
                <w:rFonts w:hint="eastAsia"/>
                <w:lang w:eastAsia="ja-JP"/>
              </w:rPr>
              <w:t>普通</w:t>
            </w:r>
          </w:rubyBase>
        </w:ruby>
      </w:r>
      <w:r>
        <w:rPr>
          <w:lang w:eastAsia="ja-JP"/>
        </w:rPr>
        <w:t xml:space="preserve"> □ </w:t>
      </w:r>
      <w:r>
        <w:rPr>
          <w:lang w:eastAsia="ja-JP"/>
        </w:rPr>
        <w:t>そう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60D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D2360D">
              <w:rPr>
                <w:rFonts w:hint="eastAsia"/>
                <w:lang w:eastAsia="ja-JP"/>
              </w:rPr>
              <w:t>思</w:t>
            </w:r>
          </w:rubyBase>
        </w:ruby>
      </w:r>
      <w:r>
        <w:rPr>
          <w:lang w:eastAsia="ja-JP"/>
        </w:rPr>
        <w:t>わない</w:t>
      </w:r>
      <w:r>
        <w:rPr>
          <w:lang w:eastAsia="ja-JP"/>
        </w:rPr>
        <w:t xml:space="preserve"> □ </w:t>
      </w:r>
      <w:r>
        <w:rPr>
          <w:lang w:eastAsia="ja-JP"/>
        </w:rPr>
        <w:t>わからない</w:t>
      </w:r>
      <w:r>
        <w:rPr>
          <w:lang w:eastAsia="ja-JP"/>
        </w:rPr>
        <w:br/>
      </w:r>
      <w:r w:rsidR="00D27196">
        <w:rPr>
          <w:b/>
          <w:lang w:eastAsia="ja-JP"/>
        </w:rPr>
        <w:t xml:space="preserve">4. </w:t>
      </w:r>
      <w:r w:rsidR="0014565A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とも</w:t>
            </w:r>
          </w:rt>
          <w:rubyBase>
            <w:r w:rsidR="0014565A">
              <w:rPr>
                <w:rFonts w:hint="eastAsia"/>
                <w:b/>
                <w:lang w:eastAsia="ja-JP"/>
              </w:rPr>
              <w:t>友</w:t>
            </w:r>
          </w:rubyBase>
        </w:ruby>
      </w:r>
      <w:r w:rsidR="00D27196">
        <w:rPr>
          <w:b/>
          <w:lang w:eastAsia="ja-JP"/>
        </w:rPr>
        <w:t>だちと</w:t>
      </w:r>
      <w:r w:rsidR="0014565A">
        <w:rPr>
          <w:b/>
        </w:rPr>
        <w:fldChar w:fldCharType="begin"/>
      </w:r>
      <w:r w:rsidR="0014565A">
        <w:rPr>
          <w:b/>
          <w:lang w:eastAsia="ja-JP"/>
        </w:rPr>
        <w:instrText>EQ \* jc2 \* "Font:</w:instrText>
      </w:r>
      <w:r w:rsidR="0014565A">
        <w:rPr>
          <w:b/>
          <w:lang w:eastAsia="ja-JP"/>
        </w:rPr>
        <w:instrText>ＭＳ</w:instrText>
      </w:r>
      <w:r w:rsidR="0014565A">
        <w:rPr>
          <w:b/>
          <w:lang w:eastAsia="ja-JP"/>
        </w:rPr>
        <w:instrText xml:space="preserve"> </w:instrText>
      </w:r>
      <w:r w:rsidR="0014565A">
        <w:rPr>
          <w:b/>
          <w:lang w:eastAsia="ja-JP"/>
        </w:rPr>
        <w:instrText>明朝</w:instrText>
      </w:r>
      <w:r w:rsidR="0014565A">
        <w:rPr>
          <w:b/>
          <w:lang w:eastAsia="ja-JP"/>
        </w:rPr>
        <w:instrText>" \* hps11 \o\ad(\s\up 10(</w:instrText>
      </w:r>
      <w:r w:rsidR="0014565A" w:rsidRPr="0014565A">
        <w:rPr>
          <w:rFonts w:ascii="ＭＳ 明朝" w:eastAsia="ＭＳ 明朝" w:hAnsi="ＭＳ 明朝" w:hint="eastAsia"/>
          <w:b/>
          <w:sz w:val="11"/>
          <w:lang w:eastAsia="ja-JP"/>
        </w:rPr>
        <w:instrText>なかよ</w:instrText>
      </w:r>
      <w:r w:rsidR="0014565A">
        <w:rPr>
          <w:b/>
          <w:lang w:eastAsia="ja-JP"/>
        </w:rPr>
        <w:instrText>),</w:instrText>
      </w:r>
      <w:r w:rsidR="0014565A">
        <w:rPr>
          <w:rFonts w:hint="eastAsia"/>
          <w:b/>
          <w:lang w:eastAsia="ja-JP"/>
        </w:rPr>
        <w:instrText>仲良</w:instrText>
      </w:r>
      <w:r w:rsidR="0014565A">
        <w:rPr>
          <w:b/>
          <w:lang w:eastAsia="ja-JP"/>
        </w:rPr>
        <w:instrText>)</w:instrText>
      </w:r>
      <w:r w:rsidR="0014565A">
        <w:rPr>
          <w:b/>
        </w:rPr>
        <w:fldChar w:fldCharType="end"/>
      </w:r>
      <w:r w:rsidR="00D27196">
        <w:rPr>
          <w:b/>
          <w:lang w:eastAsia="ja-JP"/>
        </w:rPr>
        <w:t>く</w:t>
      </w:r>
      <w:r w:rsidR="0014565A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あそ</w:t>
            </w:r>
          </w:rt>
          <w:rubyBase>
            <w:r w:rsidR="0014565A">
              <w:rPr>
                <w:rFonts w:hint="eastAsia"/>
                <w:b/>
                <w:lang w:eastAsia="ja-JP"/>
              </w:rPr>
              <w:t>遊</w:t>
            </w:r>
          </w:rubyBase>
        </w:ruby>
      </w:r>
      <w:r w:rsidR="00D27196">
        <w:rPr>
          <w:b/>
          <w:lang w:eastAsia="ja-JP"/>
        </w:rPr>
        <w:t>んでいる</w:t>
      </w:r>
      <w:r w:rsidR="00D27196">
        <w:rPr>
          <w:b/>
          <w:lang w:eastAsia="ja-JP"/>
        </w:rPr>
        <w:br/>
      </w:r>
      <w:r>
        <w:rPr>
          <w:lang w:eastAsia="ja-JP"/>
        </w:rPr>
        <w:t>□</w:t>
      </w:r>
      <w:r>
        <w:rPr>
          <w:lang w:eastAsia="ja-JP"/>
        </w:rPr>
        <w:t>とてもそう</w:t>
      </w:r>
      <w:r w:rsidR="007F2F5E">
        <w:rPr>
          <w:rFonts w:hint="eastAsia"/>
          <w:lang w:eastAsia="ja-JP"/>
        </w:rPr>
        <w:t>思う</w:t>
      </w:r>
      <w:r w:rsidR="007F2F5E">
        <w:rPr>
          <w:lang w:eastAsia="ja-JP"/>
        </w:rPr>
        <w:tab/>
      </w:r>
      <w:r w:rsidR="007F2F5E" w:rsidRPr="00150828">
        <w:rPr>
          <w:rFonts w:hint="eastAsia"/>
          <w:b/>
          <w:bCs/>
          <w:lang w:eastAsia="ja-JP"/>
        </w:rPr>
        <w:t>９０％</w:t>
      </w:r>
      <w:r w:rsidR="007F2F5E">
        <w:rPr>
          <w:rFonts w:hint="eastAsia"/>
          <w:lang w:eastAsia="ja-JP"/>
        </w:rPr>
        <w:t xml:space="preserve">　　</w:t>
      </w:r>
      <w:r>
        <w:rPr>
          <w:lang w:eastAsia="ja-JP"/>
        </w:rPr>
        <w:t xml:space="preserve">□ </w:t>
      </w:r>
      <w:r>
        <w:rPr>
          <w:lang w:eastAsia="ja-JP"/>
        </w:rPr>
        <w:t>そう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60D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D2360D">
              <w:rPr>
                <w:rFonts w:hint="eastAsia"/>
                <w:lang w:eastAsia="ja-JP"/>
              </w:rPr>
              <w:t>思</w:t>
            </w:r>
          </w:rubyBase>
        </w:ruby>
      </w:r>
      <w:r>
        <w:rPr>
          <w:lang w:eastAsia="ja-JP"/>
        </w:rPr>
        <w:t>う</w:t>
      </w:r>
      <w:r>
        <w:rPr>
          <w:lang w:eastAsia="ja-JP"/>
        </w:rPr>
        <w:t xml:space="preserve"> </w:t>
      </w:r>
      <w:r w:rsidR="007F2F5E">
        <w:rPr>
          <w:rFonts w:hint="eastAsia"/>
          <w:lang w:eastAsia="ja-JP"/>
        </w:rPr>
        <w:t xml:space="preserve">　　</w:t>
      </w:r>
      <w:r w:rsidR="007F2F5E" w:rsidRPr="00150828">
        <w:rPr>
          <w:rFonts w:hint="eastAsia"/>
          <w:b/>
          <w:bCs/>
          <w:lang w:eastAsia="ja-JP"/>
        </w:rPr>
        <w:t>１０％</w:t>
      </w:r>
      <w:r w:rsidR="007F2F5E">
        <w:rPr>
          <w:rFonts w:hint="eastAsia"/>
          <w:lang w:eastAsia="ja-JP"/>
        </w:rPr>
        <w:t xml:space="preserve">　</w:t>
      </w:r>
      <w:r>
        <w:rPr>
          <w:lang w:eastAsia="ja-JP"/>
        </w:rPr>
        <w:t xml:space="preserve">□ 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60D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ふつう</w:t>
            </w:r>
          </w:rt>
          <w:rubyBase>
            <w:r w:rsidR="00D2360D">
              <w:rPr>
                <w:rFonts w:hint="eastAsia"/>
                <w:lang w:eastAsia="ja-JP"/>
              </w:rPr>
              <w:t>普通</w:t>
            </w:r>
          </w:rubyBase>
        </w:ruby>
      </w:r>
      <w:r>
        <w:rPr>
          <w:lang w:eastAsia="ja-JP"/>
        </w:rPr>
        <w:t xml:space="preserve"> □ </w:t>
      </w:r>
      <w:r>
        <w:rPr>
          <w:lang w:eastAsia="ja-JP"/>
        </w:rPr>
        <w:t>そう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60D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D2360D">
              <w:rPr>
                <w:rFonts w:hint="eastAsia"/>
                <w:lang w:eastAsia="ja-JP"/>
              </w:rPr>
              <w:t>思</w:t>
            </w:r>
          </w:rubyBase>
        </w:ruby>
      </w:r>
      <w:r>
        <w:rPr>
          <w:lang w:eastAsia="ja-JP"/>
        </w:rPr>
        <w:t>わない</w:t>
      </w:r>
      <w:r>
        <w:rPr>
          <w:lang w:eastAsia="ja-JP"/>
        </w:rPr>
        <w:t xml:space="preserve"> □ </w:t>
      </w:r>
      <w:r>
        <w:rPr>
          <w:lang w:eastAsia="ja-JP"/>
        </w:rPr>
        <w:t>わからない</w:t>
      </w:r>
      <w:r>
        <w:rPr>
          <w:lang w:eastAsia="ja-JP"/>
        </w:rPr>
        <w:br/>
      </w:r>
      <w:r w:rsidR="00D27196">
        <w:rPr>
          <w:b/>
          <w:lang w:eastAsia="ja-JP"/>
        </w:rPr>
        <w:t xml:space="preserve">5. </w:t>
      </w:r>
      <w:r w:rsidR="0014565A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こ</w:t>
            </w:r>
          </w:rt>
          <w:rubyBase>
            <w:r w:rsidR="0014565A">
              <w:rPr>
                <w:rFonts w:hint="eastAsia"/>
                <w:b/>
                <w:lang w:eastAsia="ja-JP"/>
              </w:rPr>
              <w:t>子</w:t>
            </w:r>
          </w:rubyBase>
        </w:ruby>
      </w:r>
      <w:r w:rsidR="00D27196">
        <w:rPr>
          <w:b/>
          <w:lang w:eastAsia="ja-JP"/>
        </w:rPr>
        <w:t>どもが</w:t>
      </w:r>
      <w:r w:rsidR="0014565A">
        <w:rPr>
          <w:b/>
        </w:rPr>
        <w:fldChar w:fldCharType="begin"/>
      </w:r>
      <w:r w:rsidR="0014565A">
        <w:rPr>
          <w:b/>
          <w:lang w:eastAsia="ja-JP"/>
        </w:rPr>
        <w:instrText>EQ \* jc2 \* "Font:</w:instrText>
      </w:r>
      <w:r w:rsidR="0014565A">
        <w:rPr>
          <w:b/>
          <w:lang w:eastAsia="ja-JP"/>
        </w:rPr>
        <w:instrText>ＭＳ</w:instrText>
      </w:r>
      <w:r w:rsidR="0014565A">
        <w:rPr>
          <w:b/>
          <w:lang w:eastAsia="ja-JP"/>
        </w:rPr>
        <w:instrText xml:space="preserve"> </w:instrText>
      </w:r>
      <w:r w:rsidR="0014565A">
        <w:rPr>
          <w:b/>
          <w:lang w:eastAsia="ja-JP"/>
        </w:rPr>
        <w:instrText>明朝</w:instrText>
      </w:r>
      <w:r w:rsidR="0014565A">
        <w:rPr>
          <w:b/>
          <w:lang w:eastAsia="ja-JP"/>
        </w:rPr>
        <w:instrText>" \* hps11 \o\ad(\s\up 10(</w:instrText>
      </w:r>
      <w:r w:rsidR="0014565A" w:rsidRPr="0014565A">
        <w:rPr>
          <w:rFonts w:ascii="ＭＳ 明朝" w:eastAsia="ＭＳ 明朝" w:hAnsi="ＭＳ 明朝" w:hint="eastAsia"/>
          <w:b/>
          <w:sz w:val="11"/>
          <w:lang w:eastAsia="ja-JP"/>
        </w:rPr>
        <w:instrText>よろこ</w:instrText>
      </w:r>
      <w:r w:rsidR="0014565A">
        <w:rPr>
          <w:b/>
          <w:lang w:eastAsia="ja-JP"/>
        </w:rPr>
        <w:instrText>),</w:instrText>
      </w:r>
      <w:r w:rsidR="0014565A">
        <w:rPr>
          <w:rFonts w:hint="eastAsia"/>
          <w:b/>
          <w:lang w:eastAsia="ja-JP"/>
        </w:rPr>
        <w:instrText>喜</w:instrText>
      </w:r>
      <w:r w:rsidR="0014565A">
        <w:rPr>
          <w:b/>
          <w:lang w:eastAsia="ja-JP"/>
        </w:rPr>
        <w:instrText>)</w:instrText>
      </w:r>
      <w:r w:rsidR="0014565A">
        <w:rPr>
          <w:b/>
        </w:rPr>
        <w:fldChar w:fldCharType="end"/>
      </w:r>
      <w:r w:rsidR="00D27196">
        <w:rPr>
          <w:b/>
          <w:lang w:eastAsia="ja-JP"/>
        </w:rPr>
        <w:t>んで</w:t>
      </w:r>
      <w:r w:rsidR="0014565A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ほいくえん</w:t>
            </w:r>
          </w:rt>
          <w:rubyBase>
            <w:r w:rsidR="0014565A">
              <w:rPr>
                <w:rFonts w:hint="eastAsia"/>
                <w:b/>
                <w:lang w:eastAsia="ja-JP"/>
              </w:rPr>
              <w:t>保育園</w:t>
            </w:r>
          </w:rubyBase>
        </w:ruby>
      </w:r>
      <w:r w:rsidR="00D27196">
        <w:rPr>
          <w:b/>
          <w:lang w:eastAsia="ja-JP"/>
        </w:rPr>
        <w:t>に通っている</w:t>
      </w:r>
      <w:r w:rsidR="00D27196">
        <w:rPr>
          <w:b/>
          <w:lang w:eastAsia="ja-JP"/>
        </w:rPr>
        <w:br/>
      </w:r>
      <w:r>
        <w:rPr>
          <w:lang w:eastAsia="ja-JP"/>
        </w:rPr>
        <w:t>□</w:t>
      </w:r>
      <w:r>
        <w:rPr>
          <w:lang w:eastAsia="ja-JP"/>
        </w:rPr>
        <w:t>とてもそう</w:t>
      </w:r>
      <w:r>
        <w:fldChar w:fldCharType="begin"/>
      </w:r>
      <w:r>
        <w:rPr>
          <w:lang w:eastAsia="ja-JP"/>
        </w:rPr>
        <w:instrText>EQ \* jc2 \* "Font:</w:instrText>
      </w:r>
      <w:r>
        <w:rPr>
          <w:lang w:eastAsia="ja-JP"/>
        </w:rPr>
        <w:instrText>ＭＳ</w:instrText>
      </w:r>
      <w:r>
        <w:rPr>
          <w:lang w:eastAsia="ja-JP"/>
        </w:rPr>
        <w:instrText xml:space="preserve"> </w:instrText>
      </w:r>
      <w:r>
        <w:rPr>
          <w:lang w:eastAsia="ja-JP"/>
        </w:rPr>
        <w:instrText>明朝</w:instrText>
      </w:r>
      <w:r>
        <w:rPr>
          <w:lang w:eastAsia="ja-JP"/>
        </w:rPr>
        <w:instrText>" \* hps11 \o\ad(\s\up 10(</w:instrText>
      </w:r>
      <w:r w:rsidRPr="0014565A">
        <w:rPr>
          <w:rFonts w:ascii="ＭＳ 明朝" w:eastAsia="ＭＳ 明朝" w:hAnsi="ＭＳ 明朝" w:hint="eastAsia"/>
          <w:sz w:val="11"/>
          <w:lang w:eastAsia="ja-JP"/>
        </w:rPr>
        <w:instrText>おも</w:instrText>
      </w:r>
      <w:r>
        <w:rPr>
          <w:lang w:eastAsia="ja-JP"/>
        </w:rPr>
        <w:instrText>),</w:instrText>
      </w:r>
      <w:r>
        <w:rPr>
          <w:rFonts w:hint="eastAsia"/>
          <w:lang w:eastAsia="ja-JP"/>
        </w:rPr>
        <w:instrText>思</w:instrText>
      </w:r>
      <w:r>
        <w:rPr>
          <w:lang w:eastAsia="ja-JP"/>
        </w:rPr>
        <w:instrText>)</w:instrText>
      </w:r>
      <w:r>
        <w:fldChar w:fldCharType="end"/>
      </w:r>
      <w:r>
        <w:rPr>
          <w:lang w:eastAsia="ja-JP"/>
        </w:rPr>
        <w:t>う</w:t>
      </w:r>
      <w:r>
        <w:rPr>
          <w:lang w:eastAsia="ja-JP"/>
        </w:rPr>
        <w:t xml:space="preserve"> </w:t>
      </w:r>
      <w:r w:rsidR="007F2F5E">
        <w:rPr>
          <w:lang w:eastAsia="ja-JP"/>
        </w:rPr>
        <w:tab/>
      </w:r>
      <w:r w:rsidR="007F2F5E" w:rsidRPr="00150828">
        <w:rPr>
          <w:rFonts w:hint="eastAsia"/>
          <w:b/>
          <w:bCs/>
          <w:lang w:eastAsia="ja-JP"/>
        </w:rPr>
        <w:t>９０％</w:t>
      </w:r>
      <w:r w:rsidR="007F2F5E">
        <w:rPr>
          <w:rFonts w:hint="eastAsia"/>
          <w:lang w:eastAsia="ja-JP"/>
        </w:rPr>
        <w:t xml:space="preserve">　　</w:t>
      </w:r>
      <w:r>
        <w:rPr>
          <w:lang w:eastAsia="ja-JP"/>
        </w:rPr>
        <w:t xml:space="preserve">□ </w:t>
      </w:r>
      <w:r>
        <w:rPr>
          <w:lang w:eastAsia="ja-JP"/>
        </w:rPr>
        <w:t>そう</w:t>
      </w:r>
      <w:r>
        <w:fldChar w:fldCharType="begin"/>
      </w:r>
      <w:r>
        <w:rPr>
          <w:lang w:eastAsia="ja-JP"/>
        </w:rPr>
        <w:instrText>EQ \* jc2 \* "Font:</w:instrText>
      </w:r>
      <w:r>
        <w:rPr>
          <w:lang w:eastAsia="ja-JP"/>
        </w:rPr>
        <w:instrText>ＭＳ</w:instrText>
      </w:r>
      <w:r>
        <w:rPr>
          <w:lang w:eastAsia="ja-JP"/>
        </w:rPr>
        <w:instrText xml:space="preserve"> </w:instrText>
      </w:r>
      <w:r>
        <w:rPr>
          <w:lang w:eastAsia="ja-JP"/>
        </w:rPr>
        <w:instrText>明朝</w:instrText>
      </w:r>
      <w:r>
        <w:rPr>
          <w:lang w:eastAsia="ja-JP"/>
        </w:rPr>
        <w:instrText>" \* hps11 \o\ad(\s\up 10(</w:instrText>
      </w:r>
      <w:r w:rsidRPr="0014565A">
        <w:rPr>
          <w:rFonts w:ascii="ＭＳ 明朝" w:eastAsia="ＭＳ 明朝" w:hAnsi="ＭＳ 明朝" w:hint="eastAsia"/>
          <w:sz w:val="11"/>
          <w:lang w:eastAsia="ja-JP"/>
        </w:rPr>
        <w:instrText>おも</w:instrText>
      </w:r>
      <w:r>
        <w:rPr>
          <w:lang w:eastAsia="ja-JP"/>
        </w:rPr>
        <w:instrText>),</w:instrText>
      </w:r>
      <w:r>
        <w:rPr>
          <w:rFonts w:hint="eastAsia"/>
          <w:lang w:eastAsia="ja-JP"/>
        </w:rPr>
        <w:instrText>思</w:instrText>
      </w:r>
      <w:r>
        <w:rPr>
          <w:lang w:eastAsia="ja-JP"/>
        </w:rPr>
        <w:instrText>)</w:instrText>
      </w:r>
      <w:r>
        <w:fldChar w:fldCharType="end"/>
      </w:r>
      <w:r>
        <w:rPr>
          <w:lang w:eastAsia="ja-JP"/>
        </w:rPr>
        <w:t>う</w:t>
      </w:r>
      <w:r w:rsidR="007F2F5E">
        <w:rPr>
          <w:rFonts w:hint="eastAsia"/>
          <w:lang w:eastAsia="ja-JP"/>
        </w:rPr>
        <w:t xml:space="preserve">　　</w:t>
      </w:r>
      <w:r w:rsidR="007F2F5E" w:rsidRPr="00150828">
        <w:rPr>
          <w:rFonts w:hint="eastAsia"/>
          <w:b/>
          <w:bCs/>
          <w:lang w:eastAsia="ja-JP"/>
        </w:rPr>
        <w:t>１０％</w:t>
      </w:r>
      <w:r w:rsidR="007F2F5E">
        <w:rPr>
          <w:rFonts w:hint="eastAsia"/>
          <w:lang w:eastAsia="ja-JP"/>
        </w:rPr>
        <w:t xml:space="preserve">　</w:t>
      </w:r>
      <w:r>
        <w:rPr>
          <w:lang w:eastAsia="ja-JP"/>
        </w:rPr>
        <w:t xml:space="preserve"> □ 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60D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ふつう</w:t>
            </w:r>
          </w:rt>
          <w:rubyBase>
            <w:r w:rsidR="00D2360D">
              <w:rPr>
                <w:rFonts w:hint="eastAsia"/>
                <w:lang w:eastAsia="ja-JP"/>
              </w:rPr>
              <w:t>普通</w:t>
            </w:r>
          </w:rubyBase>
        </w:ruby>
      </w:r>
      <w:r>
        <w:rPr>
          <w:lang w:eastAsia="ja-JP"/>
        </w:rPr>
        <w:t xml:space="preserve"> □ </w:t>
      </w:r>
      <w:r>
        <w:rPr>
          <w:lang w:eastAsia="ja-JP"/>
        </w:rPr>
        <w:t>そう</w:t>
      </w:r>
      <w:r>
        <w:fldChar w:fldCharType="begin"/>
      </w:r>
      <w:r>
        <w:rPr>
          <w:lang w:eastAsia="ja-JP"/>
        </w:rPr>
        <w:instrText>EQ \* jc2 \* "Font:</w:instrText>
      </w:r>
      <w:r>
        <w:rPr>
          <w:lang w:eastAsia="ja-JP"/>
        </w:rPr>
        <w:instrText>ＭＳ</w:instrText>
      </w:r>
      <w:r>
        <w:rPr>
          <w:lang w:eastAsia="ja-JP"/>
        </w:rPr>
        <w:instrText xml:space="preserve"> </w:instrText>
      </w:r>
      <w:r>
        <w:rPr>
          <w:lang w:eastAsia="ja-JP"/>
        </w:rPr>
        <w:instrText>明朝</w:instrText>
      </w:r>
      <w:r>
        <w:rPr>
          <w:lang w:eastAsia="ja-JP"/>
        </w:rPr>
        <w:instrText>" \* hps11 \o\ad(\s\up 10(</w:instrText>
      </w:r>
      <w:r w:rsidRPr="0014565A">
        <w:rPr>
          <w:rFonts w:ascii="ＭＳ 明朝" w:eastAsia="ＭＳ 明朝" w:hAnsi="ＭＳ 明朝" w:hint="eastAsia"/>
          <w:sz w:val="11"/>
          <w:lang w:eastAsia="ja-JP"/>
        </w:rPr>
        <w:instrText>おも</w:instrText>
      </w:r>
      <w:r>
        <w:rPr>
          <w:lang w:eastAsia="ja-JP"/>
        </w:rPr>
        <w:instrText>),</w:instrText>
      </w:r>
      <w:r>
        <w:rPr>
          <w:rFonts w:hint="eastAsia"/>
          <w:lang w:eastAsia="ja-JP"/>
        </w:rPr>
        <w:instrText>思</w:instrText>
      </w:r>
      <w:r>
        <w:rPr>
          <w:lang w:eastAsia="ja-JP"/>
        </w:rPr>
        <w:instrText>)</w:instrText>
      </w:r>
      <w:r>
        <w:fldChar w:fldCharType="end"/>
      </w:r>
      <w:r>
        <w:rPr>
          <w:lang w:eastAsia="ja-JP"/>
        </w:rPr>
        <w:t>わない</w:t>
      </w:r>
      <w:r>
        <w:rPr>
          <w:lang w:eastAsia="ja-JP"/>
        </w:rPr>
        <w:t xml:space="preserve"> □ </w:t>
      </w:r>
      <w:r>
        <w:rPr>
          <w:lang w:eastAsia="ja-JP"/>
        </w:rPr>
        <w:t>わからない</w:t>
      </w:r>
      <w:r>
        <w:rPr>
          <w:lang w:eastAsia="ja-JP"/>
        </w:rPr>
        <w:br/>
      </w:r>
    </w:p>
    <w:p w14:paraId="02744FA7" w14:textId="6835F73A" w:rsidR="002A0FB1" w:rsidRDefault="0014565A" w:rsidP="00D2360D">
      <w:pPr>
        <w:pStyle w:val="1"/>
        <w:spacing w:line="400" w:lineRule="exact"/>
      </w:pPr>
      <w:r>
        <w:ruby>
          <w:rubyPr>
            <w:rubyAlign w:val="distributeSpace"/>
            <w:hps w:val="14"/>
            <w:hpsRaise w:val="26"/>
            <w:hpsBaseText w:val="28"/>
            <w:lid w:val="en-US"/>
          </w:rubyPr>
          <w:rt>
            <w:r w:rsidR="0014565A" w:rsidRPr="0014565A">
              <w:rPr>
                <w:rFonts w:ascii="ＭＳ ゴシック" w:eastAsia="ＭＳ ゴシック" w:hAnsi="ＭＳ ゴシック" w:hint="eastAsia"/>
                <w:sz w:val="14"/>
              </w:rPr>
              <w:t>ほごしゃ</w:t>
            </w:r>
          </w:rt>
          <w:rubyBase>
            <w:r w:rsidR="0014565A">
              <w:rPr>
                <w:rFonts w:hint="eastAsia"/>
              </w:rPr>
              <w:t>保護者</w:t>
            </w:r>
          </w:rubyBase>
        </w:ruby>
      </w:r>
      <w:r w:rsidR="00D27196">
        <w:t>の</w:t>
      </w:r>
      <w:r>
        <w:ruby>
          <w:rubyPr>
            <w:rubyAlign w:val="distributeSpace"/>
            <w:hps w:val="14"/>
            <w:hpsRaise w:val="26"/>
            <w:hpsBaseText w:val="28"/>
            <w:lid w:val="en-US"/>
          </w:rubyPr>
          <w:rt>
            <w:r w:rsidR="0014565A" w:rsidRPr="0014565A">
              <w:rPr>
                <w:rFonts w:ascii="ＭＳ ゴシック" w:eastAsia="ＭＳ ゴシック" w:hAnsi="ＭＳ ゴシック" w:hint="eastAsia"/>
                <w:sz w:val="14"/>
              </w:rPr>
              <w:t>いけん</w:t>
            </w:r>
          </w:rt>
          <w:rubyBase>
            <w:r w:rsidR="0014565A">
              <w:rPr>
                <w:rFonts w:hint="eastAsia"/>
              </w:rPr>
              <w:t>意見</w:t>
            </w:r>
          </w:rubyBase>
        </w:ruby>
      </w:r>
    </w:p>
    <w:p w14:paraId="0450DBFF" w14:textId="77777777" w:rsidR="00150828" w:rsidRDefault="00D27196" w:rsidP="00D2360D">
      <w:pPr>
        <w:spacing w:line="400" w:lineRule="exact"/>
      </w:pPr>
      <w:r>
        <w:rPr>
          <w:b/>
        </w:rPr>
        <w:t xml:space="preserve">1. </w:t>
      </w:r>
      <w:r w:rsidR="0014565A">
        <w:rPr>
          <w:b/>
        </w:rPr>
        <w:ruby>
          <w:rubyPr>
            <w:rubyAlign w:val="distributeSpace"/>
            <w:hps w:val="11"/>
            <w:hpsRaise w:val="20"/>
            <w:hpsBaseText w:val="22"/>
            <w:lid w:val="en-US"/>
          </w:rubyPr>
          <w:rt>
            <w:r w:rsidR="0014565A" w:rsidRPr="0014565A">
              <w:rPr>
                <w:rFonts w:ascii="ＭＳ 明朝" w:eastAsia="ＭＳ 明朝" w:hAnsi="ＭＳ 明朝" w:hint="eastAsia"/>
                <w:b/>
                <w:sz w:val="11"/>
              </w:rPr>
              <w:t>こそだ</w:t>
            </w:r>
          </w:rt>
          <w:rubyBase>
            <w:r w:rsidR="0014565A">
              <w:rPr>
                <w:rFonts w:hint="eastAsia"/>
                <w:b/>
              </w:rPr>
              <w:t>子育</w:t>
            </w:r>
          </w:rubyBase>
        </w:ruby>
      </w:r>
      <w:proofErr w:type="spellStart"/>
      <w:r>
        <w:rPr>
          <w:b/>
        </w:rPr>
        <w:t>ての</w:t>
      </w:r>
      <w:r w:rsidR="0014565A">
        <w:rPr>
          <w:b/>
        </w:rPr>
        <w:ruby>
          <w:rubyPr>
            <w:rubyAlign w:val="distributeSpace"/>
            <w:hps w:val="11"/>
            <w:hpsRaise w:val="20"/>
            <w:hpsBaseText w:val="22"/>
            <w:lid w:val="en-US"/>
          </w:rubyPr>
          <w:rt>
            <w:r w:rsidR="0014565A" w:rsidRPr="0014565A">
              <w:rPr>
                <w:rFonts w:ascii="ＭＳ 明朝" w:eastAsia="ＭＳ 明朝" w:hAnsi="ＭＳ 明朝" w:hint="eastAsia"/>
                <w:b/>
                <w:sz w:val="11"/>
              </w:rPr>
              <w:t>きょうりょくしゃ</w:t>
            </w:r>
          </w:rt>
          <w:rubyBase>
            <w:r w:rsidR="0014565A">
              <w:rPr>
                <w:rFonts w:hint="eastAsia"/>
                <w:b/>
              </w:rPr>
              <w:t>協力者</w:t>
            </w:r>
          </w:rubyBase>
        </w:ruby>
      </w:r>
      <w:r>
        <w:rPr>
          <w:b/>
        </w:rPr>
        <w:t>や</w:t>
      </w:r>
      <w:r w:rsidR="0014565A">
        <w:rPr>
          <w:b/>
        </w:rPr>
        <w:ruby>
          <w:rubyPr>
            <w:rubyAlign w:val="distributeSpace"/>
            <w:hps w:val="11"/>
            <w:hpsRaise w:val="20"/>
            <w:hpsBaseText w:val="22"/>
            <w:lid w:val="en-US"/>
          </w:rubyPr>
          <w:rt>
            <w:r w:rsidR="0014565A" w:rsidRPr="0014565A">
              <w:rPr>
                <w:rFonts w:ascii="ＭＳ 明朝" w:eastAsia="ＭＳ 明朝" w:hAnsi="ＭＳ 明朝" w:hint="eastAsia"/>
                <w:b/>
                <w:sz w:val="11"/>
              </w:rPr>
              <w:t>そうだんあいて</w:t>
            </w:r>
          </w:rt>
          <w:rubyBase>
            <w:r w:rsidR="0014565A">
              <w:rPr>
                <w:rFonts w:hint="eastAsia"/>
                <w:b/>
              </w:rPr>
              <w:t>相談相手</w:t>
            </w:r>
          </w:rubyBase>
        </w:ruby>
      </w:r>
      <w:r>
        <w:rPr>
          <w:b/>
        </w:rPr>
        <w:t>がいる</w:t>
      </w:r>
      <w:proofErr w:type="spellEnd"/>
    </w:p>
    <w:p w14:paraId="4F9D43E1" w14:textId="435A9AC9" w:rsidR="002A0FB1" w:rsidRDefault="00D27196" w:rsidP="00D2360D">
      <w:pPr>
        <w:spacing w:line="400" w:lineRule="exact"/>
        <w:rPr>
          <w:lang w:eastAsia="ja-JP"/>
        </w:rPr>
      </w:pPr>
      <w:r>
        <w:rPr>
          <w:lang w:eastAsia="ja-JP"/>
        </w:rPr>
        <w:t>□</w:t>
      </w:r>
      <w:r w:rsidR="0014565A">
        <w:rPr>
          <w:lang w:eastAsia="ja-JP"/>
        </w:rPr>
        <w:t>とてもそう</w:t>
      </w:r>
      <w:r w:rsidR="0014565A">
        <w:fldChar w:fldCharType="begin"/>
      </w:r>
      <w:r w:rsidR="0014565A">
        <w:rPr>
          <w:lang w:eastAsia="ja-JP"/>
        </w:rPr>
        <w:instrText>EQ \* jc2 \* "Font:</w:instrText>
      </w:r>
      <w:r w:rsidR="0014565A">
        <w:rPr>
          <w:lang w:eastAsia="ja-JP"/>
        </w:rPr>
        <w:instrText>ＭＳ</w:instrText>
      </w:r>
      <w:r w:rsidR="0014565A">
        <w:rPr>
          <w:lang w:eastAsia="ja-JP"/>
        </w:rPr>
        <w:instrText xml:space="preserve"> </w:instrText>
      </w:r>
      <w:r w:rsidR="0014565A">
        <w:rPr>
          <w:lang w:eastAsia="ja-JP"/>
        </w:rPr>
        <w:instrText>明朝</w:instrText>
      </w:r>
      <w:r w:rsidR="0014565A">
        <w:rPr>
          <w:lang w:eastAsia="ja-JP"/>
        </w:rPr>
        <w:instrText>" \* hps11 \o\ad(\s\up 10(</w:instrText>
      </w:r>
      <w:r w:rsidR="0014565A" w:rsidRPr="0014565A">
        <w:rPr>
          <w:rFonts w:ascii="ＭＳ 明朝" w:eastAsia="ＭＳ 明朝" w:hAnsi="ＭＳ 明朝" w:hint="eastAsia"/>
          <w:sz w:val="11"/>
          <w:lang w:eastAsia="ja-JP"/>
        </w:rPr>
        <w:instrText>おも</w:instrText>
      </w:r>
      <w:r w:rsidR="0014565A">
        <w:rPr>
          <w:lang w:eastAsia="ja-JP"/>
        </w:rPr>
        <w:instrText>),</w:instrText>
      </w:r>
      <w:r w:rsidR="0014565A">
        <w:rPr>
          <w:rFonts w:hint="eastAsia"/>
          <w:lang w:eastAsia="ja-JP"/>
        </w:rPr>
        <w:instrText>思</w:instrText>
      </w:r>
      <w:r w:rsidR="0014565A">
        <w:rPr>
          <w:lang w:eastAsia="ja-JP"/>
        </w:rPr>
        <w:instrText>)</w:instrText>
      </w:r>
      <w:r w:rsidR="0014565A">
        <w:fldChar w:fldCharType="end"/>
      </w:r>
      <w:r w:rsidR="0014565A">
        <w:rPr>
          <w:lang w:eastAsia="ja-JP"/>
        </w:rPr>
        <w:t>う</w:t>
      </w:r>
      <w:r w:rsidR="00150828">
        <w:rPr>
          <w:lang w:eastAsia="ja-JP"/>
        </w:rPr>
        <w:tab/>
      </w:r>
      <w:r w:rsidR="00150828" w:rsidRPr="00150828">
        <w:rPr>
          <w:rFonts w:hint="eastAsia"/>
          <w:b/>
          <w:bCs/>
          <w:lang w:eastAsia="ja-JP"/>
        </w:rPr>
        <w:t>８０％</w:t>
      </w:r>
      <w:r w:rsidR="00150828">
        <w:rPr>
          <w:rFonts w:hint="eastAsia"/>
          <w:lang w:eastAsia="ja-JP"/>
        </w:rPr>
        <w:t xml:space="preserve">　　</w:t>
      </w:r>
      <w:r w:rsidR="0014565A">
        <w:rPr>
          <w:lang w:eastAsia="ja-JP"/>
        </w:rPr>
        <w:t xml:space="preserve"> □ </w:t>
      </w:r>
      <w:r w:rsidR="0014565A">
        <w:rPr>
          <w:lang w:eastAsia="ja-JP"/>
        </w:rPr>
        <w:t>そう</w:t>
      </w:r>
      <w:r w:rsidR="0014565A">
        <w:fldChar w:fldCharType="begin"/>
      </w:r>
      <w:r w:rsidR="0014565A">
        <w:rPr>
          <w:lang w:eastAsia="ja-JP"/>
        </w:rPr>
        <w:instrText>EQ \* jc2 \* "Font:</w:instrText>
      </w:r>
      <w:r w:rsidR="0014565A">
        <w:rPr>
          <w:lang w:eastAsia="ja-JP"/>
        </w:rPr>
        <w:instrText>ＭＳ</w:instrText>
      </w:r>
      <w:r w:rsidR="0014565A">
        <w:rPr>
          <w:lang w:eastAsia="ja-JP"/>
        </w:rPr>
        <w:instrText xml:space="preserve"> </w:instrText>
      </w:r>
      <w:r w:rsidR="0014565A">
        <w:rPr>
          <w:lang w:eastAsia="ja-JP"/>
        </w:rPr>
        <w:instrText>明朝</w:instrText>
      </w:r>
      <w:r w:rsidR="0014565A">
        <w:rPr>
          <w:lang w:eastAsia="ja-JP"/>
        </w:rPr>
        <w:instrText>" \* hps11 \o\ad(\s\up 10(</w:instrText>
      </w:r>
      <w:r w:rsidR="0014565A" w:rsidRPr="0014565A">
        <w:rPr>
          <w:rFonts w:ascii="ＭＳ 明朝" w:eastAsia="ＭＳ 明朝" w:hAnsi="ＭＳ 明朝" w:hint="eastAsia"/>
          <w:sz w:val="11"/>
          <w:lang w:eastAsia="ja-JP"/>
        </w:rPr>
        <w:instrText>おも</w:instrText>
      </w:r>
      <w:r w:rsidR="0014565A">
        <w:rPr>
          <w:lang w:eastAsia="ja-JP"/>
        </w:rPr>
        <w:instrText>),</w:instrText>
      </w:r>
      <w:r w:rsidR="0014565A">
        <w:rPr>
          <w:rFonts w:hint="eastAsia"/>
          <w:lang w:eastAsia="ja-JP"/>
        </w:rPr>
        <w:instrText>思</w:instrText>
      </w:r>
      <w:r w:rsidR="0014565A">
        <w:rPr>
          <w:lang w:eastAsia="ja-JP"/>
        </w:rPr>
        <w:instrText>)</w:instrText>
      </w:r>
      <w:r w:rsidR="0014565A">
        <w:fldChar w:fldCharType="end"/>
      </w:r>
      <w:r w:rsidR="0014565A">
        <w:rPr>
          <w:lang w:eastAsia="ja-JP"/>
        </w:rPr>
        <w:t>う</w:t>
      </w:r>
      <w:r w:rsidR="00150828">
        <w:rPr>
          <w:rFonts w:hint="eastAsia"/>
          <w:lang w:eastAsia="ja-JP"/>
        </w:rPr>
        <w:t xml:space="preserve">　　</w:t>
      </w:r>
      <w:r w:rsidR="00150828" w:rsidRPr="00150828">
        <w:rPr>
          <w:rFonts w:hint="eastAsia"/>
          <w:b/>
          <w:bCs/>
          <w:lang w:eastAsia="ja-JP"/>
        </w:rPr>
        <w:t>２０％</w:t>
      </w:r>
      <w:r w:rsidR="00150828">
        <w:rPr>
          <w:rFonts w:hint="eastAsia"/>
          <w:lang w:eastAsia="ja-JP"/>
        </w:rPr>
        <w:t xml:space="preserve">　</w:t>
      </w:r>
      <w:r w:rsidR="0014565A">
        <w:rPr>
          <w:lang w:eastAsia="ja-JP"/>
        </w:rPr>
        <w:t xml:space="preserve"> □ </w:t>
      </w:r>
      <w:r w:rsidR="0014565A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565A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ふつう</w:t>
            </w:r>
          </w:rt>
          <w:rubyBase>
            <w:r w:rsidR="0014565A">
              <w:rPr>
                <w:rFonts w:hint="eastAsia"/>
                <w:lang w:eastAsia="ja-JP"/>
              </w:rPr>
              <w:t>普通</w:t>
            </w:r>
          </w:rubyBase>
        </w:ruby>
      </w:r>
      <w:r w:rsidR="0014565A">
        <w:rPr>
          <w:lang w:eastAsia="ja-JP"/>
        </w:rPr>
        <w:t xml:space="preserve"> □ </w:t>
      </w:r>
      <w:r w:rsidR="0014565A">
        <w:rPr>
          <w:lang w:eastAsia="ja-JP"/>
        </w:rPr>
        <w:t>そう</w:t>
      </w:r>
      <w:r w:rsidR="0014565A">
        <w:fldChar w:fldCharType="begin"/>
      </w:r>
      <w:r w:rsidR="0014565A">
        <w:rPr>
          <w:lang w:eastAsia="ja-JP"/>
        </w:rPr>
        <w:instrText>EQ \* jc2 \* "Font:</w:instrText>
      </w:r>
      <w:r w:rsidR="0014565A">
        <w:rPr>
          <w:lang w:eastAsia="ja-JP"/>
        </w:rPr>
        <w:instrText>ＭＳ</w:instrText>
      </w:r>
      <w:r w:rsidR="0014565A">
        <w:rPr>
          <w:lang w:eastAsia="ja-JP"/>
        </w:rPr>
        <w:instrText xml:space="preserve"> </w:instrText>
      </w:r>
      <w:r w:rsidR="0014565A">
        <w:rPr>
          <w:lang w:eastAsia="ja-JP"/>
        </w:rPr>
        <w:instrText>明朝</w:instrText>
      </w:r>
      <w:r w:rsidR="0014565A">
        <w:rPr>
          <w:lang w:eastAsia="ja-JP"/>
        </w:rPr>
        <w:instrText>" \* hps11 \o\ad(\s\up 10(</w:instrText>
      </w:r>
      <w:r w:rsidR="0014565A" w:rsidRPr="0014565A">
        <w:rPr>
          <w:rFonts w:ascii="ＭＳ 明朝" w:eastAsia="ＭＳ 明朝" w:hAnsi="ＭＳ 明朝" w:hint="eastAsia"/>
          <w:sz w:val="11"/>
          <w:lang w:eastAsia="ja-JP"/>
        </w:rPr>
        <w:instrText>おも</w:instrText>
      </w:r>
      <w:r w:rsidR="0014565A">
        <w:rPr>
          <w:lang w:eastAsia="ja-JP"/>
        </w:rPr>
        <w:instrText>),</w:instrText>
      </w:r>
      <w:r w:rsidR="0014565A">
        <w:rPr>
          <w:rFonts w:hint="eastAsia"/>
          <w:lang w:eastAsia="ja-JP"/>
        </w:rPr>
        <w:instrText>思</w:instrText>
      </w:r>
      <w:r w:rsidR="0014565A">
        <w:rPr>
          <w:lang w:eastAsia="ja-JP"/>
        </w:rPr>
        <w:instrText>)</w:instrText>
      </w:r>
      <w:r w:rsidR="0014565A">
        <w:fldChar w:fldCharType="end"/>
      </w:r>
      <w:r w:rsidR="0014565A">
        <w:rPr>
          <w:lang w:eastAsia="ja-JP"/>
        </w:rPr>
        <w:t>わない</w:t>
      </w:r>
      <w:r w:rsidR="0014565A">
        <w:rPr>
          <w:lang w:eastAsia="ja-JP"/>
        </w:rPr>
        <w:t xml:space="preserve"> □ </w:t>
      </w:r>
      <w:r w:rsidR="0014565A">
        <w:rPr>
          <w:lang w:eastAsia="ja-JP"/>
        </w:rPr>
        <w:t>わからない</w:t>
      </w:r>
      <w:r>
        <w:rPr>
          <w:lang w:eastAsia="ja-JP"/>
        </w:rPr>
        <w:br/>
      </w:r>
    </w:p>
    <w:p w14:paraId="2478D1A4" w14:textId="77777777" w:rsidR="00150828" w:rsidRDefault="00D27196" w:rsidP="00D2360D">
      <w:pPr>
        <w:spacing w:line="400" w:lineRule="exact"/>
      </w:pPr>
      <w:r>
        <w:rPr>
          <w:b/>
        </w:rPr>
        <w:lastRenderedPageBreak/>
        <w:t xml:space="preserve">2. </w:t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en-US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</w:rPr>
              <w:t>こそだ</w:t>
            </w:r>
          </w:rt>
          <w:rubyBase>
            <w:r w:rsidR="008B0386">
              <w:rPr>
                <w:rFonts w:hint="eastAsia"/>
                <w:b/>
              </w:rPr>
              <w:t>子育</w:t>
            </w:r>
          </w:rubyBase>
        </w:ruby>
      </w:r>
      <w:proofErr w:type="spellStart"/>
      <w:r>
        <w:rPr>
          <w:b/>
        </w:rPr>
        <w:t>ては</w:t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en-US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</w:rPr>
              <w:t>たの</w:t>
            </w:r>
          </w:rt>
          <w:rubyBase>
            <w:r w:rsidR="008B0386">
              <w:rPr>
                <w:rFonts w:hint="eastAsia"/>
                <w:b/>
              </w:rPr>
              <w:t>楽</w:t>
            </w:r>
          </w:rubyBase>
        </w:ruby>
      </w:r>
      <w:r>
        <w:rPr>
          <w:b/>
        </w:rPr>
        <w:t>しい</w:t>
      </w:r>
      <w:proofErr w:type="spellEnd"/>
    </w:p>
    <w:p w14:paraId="1246FBEB" w14:textId="77777777" w:rsidR="00150828" w:rsidRDefault="00D27196" w:rsidP="00D2360D">
      <w:pPr>
        <w:spacing w:line="400" w:lineRule="exact"/>
        <w:rPr>
          <w:lang w:eastAsia="ja-JP"/>
        </w:rPr>
      </w:pPr>
      <w:r>
        <w:rPr>
          <w:lang w:eastAsia="ja-JP"/>
        </w:rPr>
        <w:t>□</w:t>
      </w:r>
      <w:r w:rsidR="008B0386">
        <w:rPr>
          <w:lang w:eastAsia="ja-JP"/>
        </w:rPr>
        <w:t>とてもそう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う</w:t>
      </w:r>
      <w:r w:rsidR="00150828">
        <w:rPr>
          <w:lang w:eastAsia="ja-JP"/>
        </w:rPr>
        <w:tab/>
      </w:r>
      <w:r w:rsidR="00150828" w:rsidRPr="00150828">
        <w:rPr>
          <w:rFonts w:hint="eastAsia"/>
          <w:b/>
          <w:bCs/>
          <w:lang w:eastAsia="ja-JP"/>
        </w:rPr>
        <w:t>９０％</w:t>
      </w:r>
      <w:r w:rsidR="00150828">
        <w:rPr>
          <w:lang w:eastAsia="ja-JP"/>
        </w:rPr>
        <w:tab/>
      </w:r>
      <w:r w:rsidR="00150828">
        <w:rPr>
          <w:rFonts w:hint="eastAsia"/>
          <w:lang w:eastAsia="ja-JP"/>
        </w:rPr>
        <w:t xml:space="preserve">　</w:t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う</w:t>
      </w:r>
      <w:r w:rsidR="00150828">
        <w:rPr>
          <w:rFonts w:hint="eastAsia"/>
          <w:lang w:eastAsia="ja-JP"/>
        </w:rPr>
        <w:t xml:space="preserve">　　</w:t>
      </w:r>
      <w:r w:rsidR="00150828" w:rsidRPr="00150828">
        <w:rPr>
          <w:rFonts w:hint="eastAsia"/>
          <w:b/>
          <w:bCs/>
          <w:lang w:eastAsia="ja-JP"/>
        </w:rPr>
        <w:t>１０％</w:t>
      </w:r>
      <w:r w:rsidR="008B0386">
        <w:rPr>
          <w:lang w:eastAsia="ja-JP"/>
        </w:rPr>
        <w:t xml:space="preserve"> □ 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ふつう</w:t>
            </w:r>
          </w:rt>
          <w:rubyBase>
            <w:r w:rsidR="008B0386">
              <w:rPr>
                <w:rFonts w:hint="eastAsia"/>
                <w:lang w:eastAsia="ja-JP"/>
              </w:rPr>
              <w:t>普通</w:t>
            </w:r>
          </w:rubyBase>
        </w:ruby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わない</w:t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わからない</w:t>
      </w:r>
      <w:r>
        <w:rPr>
          <w:lang w:eastAsia="ja-JP"/>
        </w:rPr>
        <w:br/>
      </w:r>
      <w:r>
        <w:rPr>
          <w:b/>
          <w:lang w:eastAsia="ja-JP"/>
        </w:rPr>
        <w:t xml:space="preserve">3. </w:t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あいさつ</w:t>
            </w:r>
          </w:rt>
          <w:rubyBase>
            <w:r w:rsidR="008B0386">
              <w:rPr>
                <w:rFonts w:hint="eastAsia"/>
                <w:b/>
                <w:lang w:eastAsia="ja-JP"/>
              </w:rPr>
              <w:t>挨拶</w:t>
            </w:r>
          </w:rubyBase>
        </w:ruby>
      </w:r>
      <w:r>
        <w:rPr>
          <w:b/>
          <w:lang w:eastAsia="ja-JP"/>
        </w:rPr>
        <w:t>や</w:t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み</w:t>
            </w:r>
          </w:rt>
          <w:rubyBase>
            <w:r w:rsidR="008B0386">
              <w:rPr>
                <w:rFonts w:hint="eastAsia"/>
                <w:b/>
                <w:lang w:eastAsia="ja-JP"/>
              </w:rPr>
              <w:t>身</w:t>
            </w:r>
          </w:rubyBase>
        </w:ruby>
      </w:r>
      <w:r>
        <w:rPr>
          <w:b/>
          <w:lang w:eastAsia="ja-JP"/>
        </w:rPr>
        <w:t>の</w:t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まわ</w:t>
            </w:r>
          </w:rt>
          <w:rubyBase>
            <w:r w:rsidR="008B0386">
              <w:rPr>
                <w:rFonts w:hint="eastAsia"/>
                <w:b/>
                <w:lang w:eastAsia="ja-JP"/>
              </w:rPr>
              <w:t>回</w:t>
            </w:r>
          </w:rubyBase>
        </w:ruby>
      </w:r>
      <w:r>
        <w:rPr>
          <w:b/>
          <w:lang w:eastAsia="ja-JP"/>
        </w:rPr>
        <w:t>りのことを</w:t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こ</w:t>
            </w:r>
          </w:rt>
          <w:rubyBase>
            <w:r w:rsidR="008B0386">
              <w:rPr>
                <w:rFonts w:hint="eastAsia"/>
                <w:b/>
                <w:lang w:eastAsia="ja-JP"/>
              </w:rPr>
              <w:t>子</w:t>
            </w:r>
          </w:rubyBase>
        </w:ruby>
      </w:r>
      <w:r>
        <w:rPr>
          <w:b/>
          <w:lang w:eastAsia="ja-JP"/>
        </w:rPr>
        <w:t>ども</w:t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じしん</w:t>
            </w:r>
          </w:rt>
          <w:rubyBase>
            <w:r w:rsidR="008B0386">
              <w:rPr>
                <w:rFonts w:hint="eastAsia"/>
                <w:b/>
                <w:lang w:eastAsia="ja-JP"/>
              </w:rPr>
              <w:t>自身</w:t>
            </w:r>
          </w:rubyBase>
        </w:ruby>
      </w:r>
      <w:r>
        <w:rPr>
          <w:b/>
          <w:lang w:eastAsia="ja-JP"/>
        </w:rPr>
        <w:t>でしてほしい</w:t>
      </w:r>
    </w:p>
    <w:p w14:paraId="08C54311" w14:textId="45D5973B" w:rsidR="002A0FB1" w:rsidRDefault="00D27196" w:rsidP="00D2360D">
      <w:pPr>
        <w:spacing w:line="400" w:lineRule="exact"/>
        <w:rPr>
          <w:lang w:eastAsia="ja-JP"/>
        </w:rPr>
      </w:pPr>
      <w:r>
        <w:rPr>
          <w:lang w:eastAsia="ja-JP"/>
        </w:rPr>
        <w:t>□</w:t>
      </w:r>
      <w:r w:rsidR="008B0386">
        <w:rPr>
          <w:lang w:eastAsia="ja-JP"/>
        </w:rPr>
        <w:t>とてもそう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う</w:t>
      </w:r>
      <w:r w:rsidR="00150828">
        <w:rPr>
          <w:lang w:eastAsia="ja-JP"/>
        </w:rPr>
        <w:tab/>
      </w:r>
      <w:r w:rsidR="00150828" w:rsidRPr="00150828">
        <w:rPr>
          <w:rFonts w:hint="eastAsia"/>
          <w:b/>
          <w:bCs/>
          <w:lang w:eastAsia="ja-JP"/>
        </w:rPr>
        <w:t>９０％</w:t>
      </w:r>
      <w:r w:rsidR="00150828">
        <w:rPr>
          <w:rFonts w:hint="eastAsia"/>
          <w:lang w:eastAsia="ja-JP"/>
        </w:rPr>
        <w:t xml:space="preserve">　</w:t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う</w:t>
      </w:r>
      <w:r w:rsidR="00150828">
        <w:rPr>
          <w:rFonts w:hint="eastAsia"/>
          <w:lang w:eastAsia="ja-JP"/>
        </w:rPr>
        <w:t xml:space="preserve">　　</w:t>
      </w:r>
      <w:r w:rsidR="00150828" w:rsidRPr="00150828">
        <w:rPr>
          <w:rFonts w:hint="eastAsia"/>
          <w:b/>
          <w:bCs/>
          <w:lang w:eastAsia="ja-JP"/>
        </w:rPr>
        <w:t>１０％</w:t>
      </w:r>
      <w:r w:rsidR="008B0386">
        <w:rPr>
          <w:lang w:eastAsia="ja-JP"/>
        </w:rPr>
        <w:t xml:space="preserve"> □ 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ふつう</w:t>
            </w:r>
          </w:rt>
          <w:rubyBase>
            <w:r w:rsidR="008B0386">
              <w:rPr>
                <w:rFonts w:hint="eastAsia"/>
                <w:lang w:eastAsia="ja-JP"/>
              </w:rPr>
              <w:t>普通</w:t>
            </w:r>
          </w:rubyBase>
        </w:ruby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わない</w:t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わからない</w:t>
      </w:r>
      <w:r>
        <w:rPr>
          <w:lang w:eastAsia="ja-JP"/>
        </w:rPr>
        <w:br/>
      </w:r>
      <w:r>
        <w:rPr>
          <w:b/>
          <w:lang w:eastAsia="ja-JP"/>
        </w:rPr>
        <w:t xml:space="preserve">4. </w:t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こ</w:t>
            </w:r>
          </w:rt>
          <w:rubyBase>
            <w:r w:rsidR="008B0386">
              <w:rPr>
                <w:rFonts w:hint="eastAsia"/>
                <w:b/>
                <w:lang w:eastAsia="ja-JP"/>
              </w:rPr>
              <w:t>子</w:t>
            </w:r>
          </w:rubyBase>
        </w:ruby>
      </w:r>
      <w:r w:rsidR="008B0386">
        <w:rPr>
          <w:rFonts w:hint="eastAsia"/>
          <w:b/>
          <w:lang w:eastAsia="ja-JP"/>
        </w:rPr>
        <w:t>どもとの</w:t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ふ</w:t>
            </w:r>
          </w:rt>
          <w:rubyBase>
            <w:r w:rsidR="008B0386">
              <w:rPr>
                <w:rFonts w:hint="eastAsia"/>
                <w:b/>
                <w:lang w:eastAsia="ja-JP"/>
              </w:rPr>
              <w:t>触</w:t>
            </w:r>
          </w:rubyBase>
        </w:ruby>
      </w:r>
      <w:r w:rsidR="008B0386">
        <w:rPr>
          <w:rFonts w:hint="eastAsia"/>
          <w:b/>
          <w:lang w:eastAsia="ja-JP"/>
        </w:rPr>
        <w:t>れ</w:t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あ</w:t>
            </w:r>
          </w:rt>
          <w:rubyBase>
            <w:r w:rsidR="008B0386">
              <w:rPr>
                <w:rFonts w:hint="eastAsia"/>
                <w:b/>
                <w:lang w:eastAsia="ja-JP"/>
              </w:rPr>
              <w:t>合</w:t>
            </w:r>
          </w:rubyBase>
        </w:ruby>
      </w:r>
      <w:r w:rsidR="008B0386">
        <w:rPr>
          <w:rFonts w:hint="eastAsia"/>
          <w:b/>
          <w:lang w:eastAsia="ja-JP"/>
        </w:rPr>
        <w:t>いの</w:t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じ</w:t>
            </w:r>
          </w:rt>
          <w:rubyBase>
            <w:r w:rsidR="008B0386">
              <w:rPr>
                <w:rFonts w:hint="eastAsia"/>
                <w:b/>
                <w:lang w:eastAsia="ja-JP"/>
              </w:rPr>
              <w:t>時</w:t>
            </w:r>
          </w:rubyBase>
        </w:ruby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かん</w:t>
            </w:r>
          </w:rt>
          <w:rubyBase>
            <w:r w:rsidR="008B0386">
              <w:rPr>
                <w:rFonts w:hint="eastAsia"/>
                <w:b/>
                <w:lang w:eastAsia="ja-JP"/>
              </w:rPr>
              <w:t>間</w:t>
            </w:r>
          </w:rubyBase>
        </w:ruby>
      </w:r>
      <w:r w:rsidR="008B0386">
        <w:rPr>
          <w:rFonts w:hint="eastAsia"/>
          <w:b/>
          <w:lang w:eastAsia="ja-JP"/>
        </w:rPr>
        <w:t>を</w:t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たい</w:t>
            </w:r>
          </w:rt>
          <w:rubyBase>
            <w:r w:rsidR="008B0386">
              <w:rPr>
                <w:rFonts w:hint="eastAsia"/>
                <w:b/>
                <w:lang w:eastAsia="ja-JP"/>
              </w:rPr>
              <w:t>大</w:t>
            </w:r>
          </w:rubyBase>
        </w:ruby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せつ</w:t>
            </w:r>
          </w:rt>
          <w:rubyBase>
            <w:r w:rsidR="008B0386">
              <w:rPr>
                <w:rFonts w:hint="eastAsia"/>
                <w:b/>
                <w:lang w:eastAsia="ja-JP"/>
              </w:rPr>
              <w:t>切</w:t>
            </w:r>
          </w:rubyBase>
        </w:ruby>
      </w:r>
      <w:r>
        <w:rPr>
          <w:b/>
          <w:lang w:eastAsia="ja-JP"/>
        </w:rPr>
        <w:t>にしている</w:t>
      </w:r>
      <w:r>
        <w:rPr>
          <w:lang w:eastAsia="ja-JP"/>
        </w:rPr>
        <w:br/>
        <w:t>□</w:t>
      </w:r>
      <w:r w:rsidR="008B0386">
        <w:rPr>
          <w:lang w:eastAsia="ja-JP"/>
        </w:rPr>
        <w:t>とてもそう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う</w:t>
      </w:r>
      <w:r w:rsidR="00150828">
        <w:rPr>
          <w:lang w:eastAsia="ja-JP"/>
        </w:rPr>
        <w:tab/>
      </w:r>
      <w:r w:rsidR="00150828" w:rsidRPr="00150828">
        <w:rPr>
          <w:rFonts w:hint="eastAsia"/>
          <w:b/>
          <w:bCs/>
          <w:lang w:eastAsia="ja-JP"/>
        </w:rPr>
        <w:t>１００％</w:t>
      </w:r>
      <w:r w:rsidR="00150828">
        <w:rPr>
          <w:rFonts w:hint="eastAsia"/>
          <w:lang w:eastAsia="ja-JP"/>
        </w:rPr>
        <w:t xml:space="preserve">　</w:t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う</w:t>
      </w:r>
      <w:r w:rsidR="008B0386">
        <w:rPr>
          <w:lang w:eastAsia="ja-JP"/>
        </w:rPr>
        <w:t xml:space="preserve"> □ 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ふつう</w:t>
            </w:r>
          </w:rt>
          <w:rubyBase>
            <w:r w:rsidR="008B0386">
              <w:rPr>
                <w:rFonts w:hint="eastAsia"/>
                <w:lang w:eastAsia="ja-JP"/>
              </w:rPr>
              <w:t>普通</w:t>
            </w:r>
          </w:rubyBase>
        </w:ruby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わない</w:t>
      </w:r>
      <w:r w:rsidR="008B0386">
        <w:rPr>
          <w:lang w:eastAsia="ja-JP"/>
        </w:rPr>
        <w:t xml:space="preserve"> □ </w:t>
      </w:r>
      <w:proofErr w:type="gramStart"/>
      <w:r w:rsidR="008B0386">
        <w:rPr>
          <w:lang w:eastAsia="ja-JP"/>
        </w:rPr>
        <w:t>わからない</w:t>
      </w:r>
      <w:r>
        <w:rPr>
          <w:lang w:eastAsia="ja-JP"/>
        </w:rPr>
        <w:t>い</w:t>
      </w:r>
      <w:proofErr w:type="gramEnd"/>
    </w:p>
    <w:p w14:paraId="12AA8FC3" w14:textId="33DF15F7" w:rsidR="002A0FB1" w:rsidRDefault="008B0386" w:rsidP="00D2360D">
      <w:pPr>
        <w:pStyle w:val="1"/>
        <w:spacing w:line="400" w:lineRule="exact"/>
        <w:rPr>
          <w:lang w:eastAsia="ja-JP"/>
        </w:rPr>
      </w:pPr>
      <w: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B0386" w:rsidRPr="008B0386">
              <w:rPr>
                <w:rFonts w:ascii="ＭＳ ゴシック" w:eastAsia="ＭＳ ゴシック" w:hAnsi="ＭＳ ゴシック" w:hint="eastAsia"/>
                <w:sz w:val="14"/>
                <w:lang w:eastAsia="ja-JP"/>
              </w:rPr>
              <w:t>ほいくえんうんえい</w:t>
            </w:r>
          </w:rt>
          <w:rubyBase>
            <w:r w:rsidR="008B0386">
              <w:rPr>
                <w:rFonts w:hint="eastAsia"/>
                <w:lang w:eastAsia="ja-JP"/>
              </w:rPr>
              <w:t>保育園運営</w:t>
            </w:r>
          </w:rubyBase>
        </w:ruby>
      </w:r>
      <w:r w:rsidR="00D27196">
        <w:rPr>
          <w:lang w:eastAsia="ja-JP"/>
        </w:rPr>
        <w:t>について</w:t>
      </w:r>
    </w:p>
    <w:p w14:paraId="3D9D4687" w14:textId="77777777" w:rsidR="00150828" w:rsidRDefault="00D27196" w:rsidP="00D2360D">
      <w:pPr>
        <w:spacing w:line="400" w:lineRule="exact"/>
        <w:rPr>
          <w:lang w:eastAsia="ja-JP"/>
        </w:rPr>
      </w:pPr>
      <w:r>
        <w:rPr>
          <w:b/>
          <w:lang w:eastAsia="ja-JP"/>
        </w:rPr>
        <w:t xml:space="preserve">1. </w:t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ほいくえん</w:t>
            </w:r>
          </w:rt>
          <w:rubyBase>
            <w:r w:rsidR="008B0386">
              <w:rPr>
                <w:rFonts w:hint="eastAsia"/>
                <w:b/>
                <w:lang w:eastAsia="ja-JP"/>
              </w:rPr>
              <w:t>保育園</w:t>
            </w:r>
          </w:rubyBase>
        </w:ruby>
      </w:r>
      <w:r>
        <w:rPr>
          <w:b/>
          <w:lang w:eastAsia="ja-JP"/>
        </w:rPr>
        <w:t>でのけがや</w:t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たいちょう</w:t>
            </w:r>
          </w:rt>
          <w:rubyBase>
            <w:r w:rsidR="008B0386">
              <w:rPr>
                <w:rFonts w:hint="eastAsia"/>
                <w:b/>
                <w:lang w:eastAsia="ja-JP"/>
              </w:rPr>
              <w:t>体調</w:t>
            </w:r>
          </w:rubyBase>
        </w:ruby>
      </w:r>
      <w:r>
        <w:rPr>
          <w:b/>
          <w:lang w:eastAsia="ja-JP"/>
        </w:rPr>
        <w:t>の</w:t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へんか</w:t>
            </w:r>
          </w:rt>
          <w:rubyBase>
            <w:r w:rsidR="008B0386">
              <w:rPr>
                <w:rFonts w:hint="eastAsia"/>
                <w:b/>
                <w:lang w:eastAsia="ja-JP"/>
              </w:rPr>
              <w:t>変化</w:t>
            </w:r>
          </w:rubyBase>
        </w:ruby>
      </w:r>
      <w:r>
        <w:rPr>
          <w:b/>
          <w:lang w:eastAsia="ja-JP"/>
        </w:rPr>
        <w:t>について</w:t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てきせつ</w:t>
            </w:r>
          </w:rt>
          <w:rubyBase>
            <w:r w:rsidR="008B0386">
              <w:rPr>
                <w:rFonts w:hint="eastAsia"/>
                <w:b/>
                <w:lang w:eastAsia="ja-JP"/>
              </w:rPr>
              <w:t>適切</w:t>
            </w:r>
          </w:rubyBase>
        </w:ruby>
      </w:r>
      <w:r>
        <w:rPr>
          <w:b/>
          <w:lang w:eastAsia="ja-JP"/>
        </w:rPr>
        <w:t>に</w:t>
      </w:r>
      <w:r w:rsidR="008B0386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8B0386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たいおう</w:t>
            </w:r>
          </w:rt>
          <w:rubyBase>
            <w:r w:rsidR="008B0386">
              <w:rPr>
                <w:rFonts w:hint="eastAsia"/>
                <w:b/>
                <w:lang w:eastAsia="ja-JP"/>
              </w:rPr>
              <w:t>対応</w:t>
            </w:r>
          </w:rubyBase>
        </w:ruby>
      </w:r>
      <w:r>
        <w:rPr>
          <w:b/>
          <w:lang w:eastAsia="ja-JP"/>
        </w:rPr>
        <w:t>されている</w:t>
      </w:r>
    </w:p>
    <w:p w14:paraId="79709E3F" w14:textId="5E4E48AB" w:rsidR="002A0FB1" w:rsidRDefault="00D27196" w:rsidP="00D2360D">
      <w:pPr>
        <w:spacing w:line="400" w:lineRule="exact"/>
        <w:rPr>
          <w:lang w:eastAsia="ja-JP"/>
        </w:rPr>
      </w:pPr>
      <w:r>
        <w:rPr>
          <w:lang w:eastAsia="ja-JP"/>
        </w:rPr>
        <w:t>□</w:t>
      </w:r>
      <w:r w:rsidR="008B0386">
        <w:rPr>
          <w:lang w:eastAsia="ja-JP"/>
        </w:rPr>
        <w:t>とてもそう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う</w:t>
      </w:r>
      <w:r w:rsidR="00150828">
        <w:rPr>
          <w:lang w:eastAsia="ja-JP"/>
        </w:rPr>
        <w:tab/>
      </w:r>
      <w:r w:rsidR="00150828" w:rsidRPr="00150828">
        <w:rPr>
          <w:rFonts w:hint="eastAsia"/>
          <w:b/>
          <w:bCs/>
          <w:lang w:eastAsia="ja-JP"/>
        </w:rPr>
        <w:t>９０％</w:t>
      </w:r>
      <w:r w:rsidR="00150828">
        <w:rPr>
          <w:rFonts w:hint="eastAsia"/>
          <w:lang w:eastAsia="ja-JP"/>
        </w:rPr>
        <w:t xml:space="preserve">　</w:t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う</w:t>
      </w:r>
      <w:r w:rsidR="00150828">
        <w:rPr>
          <w:rFonts w:hint="eastAsia"/>
          <w:lang w:eastAsia="ja-JP"/>
        </w:rPr>
        <w:t xml:space="preserve">　　</w:t>
      </w:r>
      <w:r w:rsidR="00150828" w:rsidRPr="00150828">
        <w:rPr>
          <w:rFonts w:hint="eastAsia"/>
          <w:b/>
          <w:bCs/>
          <w:lang w:eastAsia="ja-JP"/>
        </w:rPr>
        <w:t>１０％</w:t>
      </w:r>
      <w:r w:rsidR="008B0386">
        <w:rPr>
          <w:lang w:eastAsia="ja-JP"/>
        </w:rPr>
        <w:t xml:space="preserve"> □ 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ふつう</w:t>
            </w:r>
          </w:rt>
          <w:rubyBase>
            <w:r w:rsidR="008B0386">
              <w:rPr>
                <w:rFonts w:hint="eastAsia"/>
                <w:lang w:eastAsia="ja-JP"/>
              </w:rPr>
              <w:t>普通</w:t>
            </w:r>
          </w:rubyBase>
        </w:ruby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わない</w:t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わからない</w:t>
      </w:r>
    </w:p>
    <w:p w14:paraId="25648259" w14:textId="07E2DDA3" w:rsidR="002A0FB1" w:rsidRDefault="00D27196" w:rsidP="00D2360D">
      <w:pPr>
        <w:spacing w:line="400" w:lineRule="exact"/>
        <w:rPr>
          <w:lang w:eastAsia="ja-JP"/>
        </w:rPr>
      </w:pPr>
      <w:r>
        <w:rPr>
          <w:b/>
          <w:lang w:eastAsia="ja-JP"/>
        </w:rPr>
        <w:t xml:space="preserve">2. </w:t>
      </w:r>
      <w:r w:rsidR="002C7E5E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しょくいん</w:t>
            </w:r>
          </w:rt>
          <w:rubyBase>
            <w:r w:rsidR="002C7E5E">
              <w:rPr>
                <w:rFonts w:hint="eastAsia"/>
                <w:b/>
                <w:lang w:eastAsia="ja-JP"/>
              </w:rPr>
              <w:t>職員</w:t>
            </w:r>
          </w:rubyBase>
        </w:ruby>
      </w:r>
      <w:r>
        <w:rPr>
          <w:b/>
          <w:lang w:eastAsia="ja-JP"/>
        </w:rPr>
        <w:t>から</w:t>
      </w:r>
      <w:r w:rsidR="002C7E5E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こ</w:t>
            </w:r>
          </w:rt>
          <w:rubyBase>
            <w:r w:rsidR="002C7E5E">
              <w:rPr>
                <w:rFonts w:hint="eastAsia"/>
                <w:b/>
                <w:lang w:eastAsia="ja-JP"/>
              </w:rPr>
              <w:t>子</w:t>
            </w:r>
          </w:rubyBase>
        </w:ruby>
      </w:r>
      <w:r>
        <w:rPr>
          <w:b/>
          <w:lang w:eastAsia="ja-JP"/>
        </w:rPr>
        <w:t>どもの</w:t>
      </w:r>
      <w:r w:rsidR="002C7E5E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ようす</w:t>
            </w:r>
          </w:rt>
          <w:rubyBase>
            <w:r w:rsidR="002C7E5E">
              <w:rPr>
                <w:rFonts w:hint="eastAsia"/>
                <w:b/>
                <w:lang w:eastAsia="ja-JP"/>
              </w:rPr>
              <w:t>様子</w:t>
            </w:r>
          </w:rubyBase>
        </w:ruby>
      </w:r>
      <w:r>
        <w:rPr>
          <w:b/>
          <w:lang w:eastAsia="ja-JP"/>
        </w:rPr>
        <w:t>や</w:t>
      </w:r>
      <w:r w:rsidR="002C7E5E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けんこうじょうたい</w:t>
            </w:r>
          </w:rt>
          <w:rubyBase>
            <w:r w:rsidR="002C7E5E">
              <w:rPr>
                <w:rFonts w:hint="eastAsia"/>
                <w:b/>
                <w:lang w:eastAsia="ja-JP"/>
              </w:rPr>
              <w:t>健康状態</w:t>
            </w:r>
          </w:rubyBase>
        </w:ruby>
      </w:r>
      <w:r>
        <w:rPr>
          <w:b/>
          <w:lang w:eastAsia="ja-JP"/>
        </w:rPr>
        <w:t>の</w:t>
      </w:r>
      <w:r w:rsidR="002C7E5E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こえ</w:t>
            </w:r>
          </w:rt>
          <w:rubyBase>
            <w:r w:rsidR="002C7E5E">
              <w:rPr>
                <w:rFonts w:hint="eastAsia"/>
                <w:b/>
                <w:lang w:eastAsia="ja-JP"/>
              </w:rPr>
              <w:t>声</w:t>
            </w:r>
          </w:rubyBase>
        </w:ruby>
      </w:r>
      <w:r>
        <w:rPr>
          <w:b/>
          <w:lang w:eastAsia="ja-JP"/>
        </w:rPr>
        <w:t>がけがある</w:t>
      </w:r>
      <w:r>
        <w:rPr>
          <w:lang w:eastAsia="ja-JP"/>
        </w:rPr>
        <w:br/>
        <w:t>□</w:t>
      </w:r>
      <w:r w:rsidR="008B0386">
        <w:rPr>
          <w:lang w:eastAsia="ja-JP"/>
        </w:rPr>
        <w:t>とてもそう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う</w:t>
      </w:r>
      <w:r w:rsidR="008B0386">
        <w:rPr>
          <w:lang w:eastAsia="ja-JP"/>
        </w:rPr>
        <w:t xml:space="preserve"> </w:t>
      </w:r>
      <w:r w:rsidR="00150828">
        <w:rPr>
          <w:lang w:eastAsia="ja-JP"/>
        </w:rPr>
        <w:tab/>
      </w:r>
      <w:r w:rsidR="00150828" w:rsidRPr="00BB4A4F">
        <w:rPr>
          <w:rFonts w:hint="eastAsia"/>
          <w:b/>
          <w:bCs/>
          <w:lang w:eastAsia="ja-JP"/>
        </w:rPr>
        <w:t>１００％</w:t>
      </w:r>
      <w:r w:rsidR="00150828">
        <w:rPr>
          <w:rFonts w:hint="eastAsia"/>
          <w:lang w:eastAsia="ja-JP"/>
        </w:rPr>
        <w:t xml:space="preserve">　</w:t>
      </w:r>
      <w:r w:rsidR="008B0386">
        <w:rPr>
          <w:lang w:eastAsia="ja-JP"/>
        </w:rPr>
        <w:t xml:space="preserve">□ </w:t>
      </w:r>
      <w:r w:rsidR="008B0386">
        <w:rPr>
          <w:lang w:eastAsia="ja-JP"/>
        </w:rPr>
        <w:t>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う</w:t>
      </w:r>
      <w:r w:rsidR="008B0386">
        <w:rPr>
          <w:lang w:eastAsia="ja-JP"/>
        </w:rPr>
        <w:t xml:space="preserve"> □ 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ふつう</w:t>
            </w:r>
          </w:rt>
          <w:rubyBase>
            <w:r w:rsidR="008B0386">
              <w:rPr>
                <w:rFonts w:hint="eastAsia"/>
                <w:lang w:eastAsia="ja-JP"/>
              </w:rPr>
              <w:t>普通</w:t>
            </w:r>
          </w:rubyBase>
        </w:ruby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わない</w:t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わからない</w:t>
      </w:r>
    </w:p>
    <w:p w14:paraId="088C59E0" w14:textId="77777777" w:rsidR="00150828" w:rsidRDefault="00D27196" w:rsidP="00D2360D">
      <w:pPr>
        <w:spacing w:line="400" w:lineRule="exact"/>
        <w:rPr>
          <w:lang w:eastAsia="ja-JP"/>
        </w:rPr>
      </w:pPr>
      <w:r>
        <w:rPr>
          <w:b/>
          <w:lang w:eastAsia="ja-JP"/>
        </w:rPr>
        <w:t xml:space="preserve">3. </w:t>
      </w:r>
      <w:r w:rsidR="002C7E5E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こ</w:t>
            </w:r>
          </w:rt>
          <w:rubyBase>
            <w:r w:rsidR="002C7E5E">
              <w:rPr>
                <w:rFonts w:hint="eastAsia"/>
                <w:b/>
                <w:lang w:eastAsia="ja-JP"/>
              </w:rPr>
              <w:t>子</w:t>
            </w:r>
          </w:rubyBase>
        </w:ruby>
      </w:r>
      <w:r>
        <w:rPr>
          <w:b/>
          <w:lang w:eastAsia="ja-JP"/>
        </w:rPr>
        <w:t>どもの</w:t>
      </w:r>
      <w:r w:rsidR="002C7E5E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きもち</w:t>
            </w:r>
          </w:rt>
          <w:rubyBase>
            <w:r w:rsidR="002C7E5E">
              <w:rPr>
                <w:rFonts w:hint="eastAsia"/>
                <w:b/>
                <w:lang w:eastAsia="ja-JP"/>
              </w:rPr>
              <w:t>気持</w:t>
            </w:r>
          </w:rubyBase>
        </w:ruby>
      </w:r>
      <w:r>
        <w:rPr>
          <w:b/>
          <w:lang w:eastAsia="ja-JP"/>
        </w:rPr>
        <w:t>ちや</w:t>
      </w:r>
      <w:r w:rsidR="002C7E5E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ようす</w:t>
            </w:r>
          </w:rt>
          <w:rubyBase>
            <w:r w:rsidR="002C7E5E">
              <w:rPr>
                <w:rFonts w:hint="eastAsia"/>
                <w:b/>
                <w:lang w:eastAsia="ja-JP"/>
              </w:rPr>
              <w:t>様子</w:t>
            </w:r>
          </w:rubyBase>
        </w:ruby>
      </w:r>
      <w:r>
        <w:rPr>
          <w:b/>
          <w:lang w:eastAsia="ja-JP"/>
        </w:rPr>
        <w:t>、</w:t>
      </w:r>
      <w:r w:rsidR="002C7E5E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こそだ</w:t>
            </w:r>
          </w:rt>
          <w:rubyBase>
            <w:r w:rsidR="002C7E5E">
              <w:rPr>
                <w:rFonts w:hint="eastAsia"/>
                <w:b/>
                <w:lang w:eastAsia="ja-JP"/>
              </w:rPr>
              <w:t>子育</w:t>
            </w:r>
          </w:rubyBase>
        </w:ruby>
      </w:r>
      <w:r>
        <w:rPr>
          <w:b/>
          <w:lang w:eastAsia="ja-JP"/>
        </w:rPr>
        <w:t>てについて</w:t>
      </w:r>
      <w:r w:rsidR="002C7E5E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しょくいん</w:t>
            </w:r>
          </w:rt>
          <w:rubyBase>
            <w:r w:rsidR="002C7E5E">
              <w:rPr>
                <w:rFonts w:hint="eastAsia"/>
                <w:b/>
                <w:lang w:eastAsia="ja-JP"/>
              </w:rPr>
              <w:t>職員</w:t>
            </w:r>
          </w:rubyBase>
        </w:ruby>
      </w:r>
      <w:r>
        <w:rPr>
          <w:b/>
          <w:lang w:eastAsia="ja-JP"/>
        </w:rPr>
        <w:t>と</w:t>
      </w:r>
      <w:r w:rsidR="002C7E5E">
        <w:rPr>
          <w:b/>
        </w:rPr>
        <w:fldChar w:fldCharType="begin"/>
      </w:r>
      <w:r w:rsidR="002C7E5E">
        <w:rPr>
          <w:b/>
          <w:lang w:eastAsia="ja-JP"/>
        </w:rPr>
        <w:instrText>EQ \* jc2 \* "Font:</w:instrText>
      </w:r>
      <w:r w:rsidR="002C7E5E">
        <w:rPr>
          <w:b/>
          <w:lang w:eastAsia="ja-JP"/>
        </w:rPr>
        <w:instrText>ＭＳ</w:instrText>
      </w:r>
      <w:r w:rsidR="002C7E5E">
        <w:rPr>
          <w:b/>
          <w:lang w:eastAsia="ja-JP"/>
        </w:rPr>
        <w:instrText xml:space="preserve"> </w:instrText>
      </w:r>
      <w:r w:rsidR="002C7E5E">
        <w:rPr>
          <w:b/>
          <w:lang w:eastAsia="ja-JP"/>
        </w:rPr>
        <w:instrText>明朝</w:instrText>
      </w:r>
      <w:r w:rsidR="002C7E5E">
        <w:rPr>
          <w:b/>
          <w:lang w:eastAsia="ja-JP"/>
        </w:rPr>
        <w:instrText>" \* hps11 \o\ad(\s\up 10(</w:instrText>
      </w:r>
      <w:r w:rsidR="002C7E5E" w:rsidRPr="002C7E5E">
        <w:rPr>
          <w:rFonts w:ascii="ＭＳ 明朝" w:eastAsia="ＭＳ 明朝" w:hAnsi="ＭＳ 明朝" w:hint="eastAsia"/>
          <w:b/>
          <w:sz w:val="11"/>
          <w:lang w:eastAsia="ja-JP"/>
        </w:rPr>
        <w:instrText>はな</w:instrText>
      </w:r>
      <w:r w:rsidR="002C7E5E">
        <w:rPr>
          <w:b/>
          <w:lang w:eastAsia="ja-JP"/>
        </w:rPr>
        <w:instrText>),</w:instrText>
      </w:r>
      <w:proofErr w:type="gramStart"/>
      <w:r w:rsidR="002C7E5E">
        <w:rPr>
          <w:rFonts w:hint="eastAsia"/>
          <w:b/>
          <w:lang w:eastAsia="ja-JP"/>
        </w:rPr>
        <w:instrText>話</w:instrText>
      </w:r>
      <w:r w:rsidR="002C7E5E">
        <w:rPr>
          <w:b/>
          <w:lang w:eastAsia="ja-JP"/>
        </w:rPr>
        <w:instrText>)</w:instrText>
      </w:r>
      <w:r w:rsidR="002C7E5E">
        <w:rPr>
          <w:b/>
        </w:rPr>
        <w:fldChar w:fldCharType="end"/>
      </w:r>
      <w:r>
        <w:rPr>
          <w:b/>
          <w:lang w:eastAsia="ja-JP"/>
        </w:rPr>
        <w:t>したり</w:t>
      </w:r>
      <w:proofErr w:type="gramEnd"/>
      <w:r w:rsidR="002C7E5E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そうだん</w:t>
            </w:r>
          </w:rt>
          <w:rubyBase>
            <w:r w:rsidR="002C7E5E">
              <w:rPr>
                <w:rFonts w:hint="eastAsia"/>
                <w:b/>
                <w:lang w:eastAsia="ja-JP"/>
              </w:rPr>
              <w:t>相談</w:t>
            </w:r>
          </w:rubyBase>
        </w:ruby>
      </w:r>
      <w:r>
        <w:rPr>
          <w:b/>
          <w:lang w:eastAsia="ja-JP"/>
        </w:rPr>
        <w:t>できる</w:t>
      </w:r>
    </w:p>
    <w:p w14:paraId="50B569C8" w14:textId="5464ABAD" w:rsidR="00D2360D" w:rsidRDefault="00D27196" w:rsidP="00D2360D">
      <w:pPr>
        <w:spacing w:line="400" w:lineRule="exact"/>
        <w:rPr>
          <w:lang w:eastAsia="ja-JP"/>
        </w:rPr>
      </w:pPr>
      <w:r>
        <w:rPr>
          <w:lang w:eastAsia="ja-JP"/>
        </w:rPr>
        <w:t>□</w:t>
      </w:r>
      <w:r w:rsidR="008B0386">
        <w:rPr>
          <w:lang w:eastAsia="ja-JP"/>
        </w:rPr>
        <w:t>とてもそう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う</w:t>
      </w:r>
      <w:r w:rsidR="00150828">
        <w:rPr>
          <w:lang w:eastAsia="ja-JP"/>
        </w:rPr>
        <w:tab/>
      </w:r>
      <w:r w:rsidR="00150828" w:rsidRPr="00BB4A4F">
        <w:rPr>
          <w:rFonts w:hint="eastAsia"/>
          <w:b/>
          <w:bCs/>
          <w:lang w:eastAsia="ja-JP"/>
        </w:rPr>
        <w:t>９０％</w:t>
      </w:r>
      <w:r w:rsidR="00150828">
        <w:rPr>
          <w:rFonts w:hint="eastAsia"/>
          <w:lang w:eastAsia="ja-JP"/>
        </w:rPr>
        <w:t xml:space="preserve">　</w:t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う</w:t>
      </w:r>
      <w:r w:rsidR="008B0386">
        <w:rPr>
          <w:lang w:eastAsia="ja-JP"/>
        </w:rPr>
        <w:t xml:space="preserve"> </w:t>
      </w:r>
      <w:r w:rsidR="00150828">
        <w:rPr>
          <w:rFonts w:hint="eastAsia"/>
          <w:lang w:eastAsia="ja-JP"/>
        </w:rPr>
        <w:t xml:space="preserve">　</w:t>
      </w:r>
      <w:r w:rsidR="00150828" w:rsidRPr="00BB4A4F">
        <w:rPr>
          <w:rFonts w:hint="eastAsia"/>
          <w:b/>
          <w:bCs/>
          <w:lang w:eastAsia="ja-JP"/>
        </w:rPr>
        <w:t>１０％</w:t>
      </w:r>
      <w:r w:rsidR="00150828">
        <w:rPr>
          <w:rFonts w:hint="eastAsia"/>
          <w:lang w:eastAsia="ja-JP"/>
        </w:rPr>
        <w:t xml:space="preserve">　</w:t>
      </w:r>
      <w:r w:rsidR="008B0386">
        <w:rPr>
          <w:lang w:eastAsia="ja-JP"/>
        </w:rPr>
        <w:t xml:space="preserve">□ 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ふつう</w:t>
            </w:r>
          </w:rt>
          <w:rubyBase>
            <w:r w:rsidR="008B0386">
              <w:rPr>
                <w:rFonts w:hint="eastAsia"/>
                <w:lang w:eastAsia="ja-JP"/>
              </w:rPr>
              <w:t>普通</w:t>
            </w:r>
          </w:rubyBase>
        </w:ruby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わない</w:t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わからない</w:t>
      </w:r>
      <w:r>
        <w:rPr>
          <w:lang w:eastAsia="ja-JP"/>
        </w:rPr>
        <w:br/>
      </w:r>
      <w:r>
        <w:rPr>
          <w:b/>
          <w:lang w:eastAsia="ja-JP"/>
        </w:rPr>
        <w:t xml:space="preserve">4. </w:t>
      </w:r>
      <w:r w:rsidR="002C7E5E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ほいくえん</w:t>
            </w:r>
          </w:rt>
          <w:rubyBase>
            <w:r w:rsidR="002C7E5E">
              <w:rPr>
                <w:rFonts w:hint="eastAsia"/>
                <w:b/>
                <w:lang w:eastAsia="ja-JP"/>
              </w:rPr>
              <w:t>保育園</w:t>
            </w:r>
          </w:rubyBase>
        </w:ruby>
      </w:r>
      <w:r>
        <w:rPr>
          <w:b/>
          <w:lang w:eastAsia="ja-JP"/>
        </w:rPr>
        <w:t>だよりなどの</w:t>
      </w:r>
      <w:r w:rsidR="002C7E5E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じょうほうていきょう</w:t>
            </w:r>
          </w:rt>
          <w:rubyBase>
            <w:r w:rsidR="002C7E5E">
              <w:rPr>
                <w:rFonts w:hint="eastAsia"/>
                <w:b/>
                <w:lang w:eastAsia="ja-JP"/>
              </w:rPr>
              <w:t>情報提供</w:t>
            </w:r>
          </w:rubyBase>
        </w:ruby>
      </w:r>
      <w:r>
        <w:rPr>
          <w:b/>
          <w:lang w:eastAsia="ja-JP"/>
        </w:rPr>
        <w:t>はわかりやすい</w:t>
      </w:r>
      <w:r>
        <w:rPr>
          <w:b/>
          <w:lang w:eastAsia="ja-JP"/>
        </w:rPr>
        <w:br/>
      </w:r>
      <w:r>
        <w:rPr>
          <w:lang w:eastAsia="ja-JP"/>
        </w:rPr>
        <w:t>□</w:t>
      </w:r>
      <w:r w:rsidR="008B0386">
        <w:rPr>
          <w:lang w:eastAsia="ja-JP"/>
        </w:rPr>
        <w:t>とてもそう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う</w:t>
      </w:r>
      <w:r w:rsidR="008B0386">
        <w:rPr>
          <w:lang w:eastAsia="ja-JP"/>
        </w:rPr>
        <w:t xml:space="preserve"> </w:t>
      </w:r>
      <w:r w:rsidR="00150828">
        <w:rPr>
          <w:lang w:eastAsia="ja-JP"/>
        </w:rPr>
        <w:tab/>
      </w:r>
      <w:r w:rsidR="00150828" w:rsidRPr="00BB4A4F">
        <w:rPr>
          <w:rFonts w:hint="eastAsia"/>
          <w:b/>
          <w:bCs/>
          <w:lang w:eastAsia="ja-JP"/>
        </w:rPr>
        <w:t>１００％</w:t>
      </w:r>
      <w:r w:rsidR="00150828">
        <w:rPr>
          <w:rFonts w:hint="eastAsia"/>
          <w:lang w:eastAsia="ja-JP"/>
        </w:rPr>
        <w:t xml:space="preserve">　</w:t>
      </w:r>
      <w:r w:rsidR="008B0386">
        <w:rPr>
          <w:lang w:eastAsia="ja-JP"/>
        </w:rPr>
        <w:t xml:space="preserve">□ </w:t>
      </w:r>
      <w:r w:rsidR="008B0386">
        <w:rPr>
          <w:lang w:eastAsia="ja-JP"/>
        </w:rPr>
        <w:t>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う</w:t>
      </w:r>
      <w:r w:rsidR="008B0386">
        <w:rPr>
          <w:lang w:eastAsia="ja-JP"/>
        </w:rPr>
        <w:t xml:space="preserve"> □ 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ふつう</w:t>
            </w:r>
          </w:rt>
          <w:rubyBase>
            <w:r w:rsidR="008B0386">
              <w:rPr>
                <w:rFonts w:hint="eastAsia"/>
                <w:lang w:eastAsia="ja-JP"/>
              </w:rPr>
              <w:t>普通</w:t>
            </w:r>
          </w:rubyBase>
        </w:ruby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わない</w:t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わからない</w:t>
      </w:r>
    </w:p>
    <w:p w14:paraId="728B0BE0" w14:textId="77777777" w:rsidR="00150828" w:rsidRDefault="00D27196" w:rsidP="00D2360D">
      <w:pPr>
        <w:spacing w:line="400" w:lineRule="exact"/>
        <w:rPr>
          <w:lang w:eastAsia="ja-JP"/>
        </w:rPr>
      </w:pPr>
      <w:r>
        <w:rPr>
          <w:b/>
          <w:lang w:eastAsia="ja-JP"/>
        </w:rPr>
        <w:t xml:space="preserve">5. </w:t>
      </w:r>
      <w:r w:rsidR="002C7E5E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しょくいん</w:t>
            </w:r>
          </w:rt>
          <w:rubyBase>
            <w:r w:rsidR="002C7E5E">
              <w:rPr>
                <w:rFonts w:hint="eastAsia"/>
                <w:b/>
                <w:lang w:eastAsia="ja-JP"/>
              </w:rPr>
              <w:t>職員</w:t>
            </w:r>
          </w:rubyBase>
        </w:ruby>
      </w:r>
      <w:r>
        <w:rPr>
          <w:b/>
          <w:lang w:eastAsia="ja-JP"/>
        </w:rPr>
        <w:t>は</w:t>
      </w:r>
      <w:r w:rsidR="002C7E5E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にちじょう</w:t>
            </w:r>
          </w:rt>
          <w:rubyBase>
            <w:r w:rsidR="002C7E5E">
              <w:rPr>
                <w:rFonts w:hint="eastAsia"/>
                <w:b/>
                <w:lang w:eastAsia="ja-JP"/>
              </w:rPr>
              <w:t>日常</w:t>
            </w:r>
          </w:rubyBase>
        </w:ruby>
      </w:r>
      <w:r>
        <w:rPr>
          <w:b/>
          <w:lang w:eastAsia="ja-JP"/>
        </w:rPr>
        <w:t>、ていねいに</w:t>
      </w:r>
      <w:r w:rsidR="002C7E5E">
        <w:rPr>
          <w:b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b/>
                <w:sz w:val="11"/>
                <w:lang w:eastAsia="ja-JP"/>
              </w:rPr>
              <w:t>たいおう</w:t>
            </w:r>
          </w:rt>
          <w:rubyBase>
            <w:r w:rsidR="002C7E5E">
              <w:rPr>
                <w:rFonts w:hint="eastAsia"/>
                <w:b/>
                <w:lang w:eastAsia="ja-JP"/>
              </w:rPr>
              <w:t>対応</w:t>
            </w:r>
          </w:rubyBase>
        </w:ruby>
      </w:r>
      <w:r>
        <w:rPr>
          <w:b/>
          <w:lang w:eastAsia="ja-JP"/>
        </w:rPr>
        <w:t>している</w:t>
      </w:r>
    </w:p>
    <w:p w14:paraId="4C957B26" w14:textId="3FC92F5D" w:rsidR="00D2360D" w:rsidRDefault="00D27196" w:rsidP="00D2360D">
      <w:pPr>
        <w:spacing w:line="400" w:lineRule="exact"/>
        <w:rPr>
          <w:lang w:eastAsia="ja-JP"/>
        </w:rPr>
      </w:pPr>
      <w:r>
        <w:rPr>
          <w:lang w:eastAsia="ja-JP"/>
        </w:rPr>
        <w:t>□</w:t>
      </w:r>
      <w:r w:rsidR="008B0386">
        <w:rPr>
          <w:lang w:eastAsia="ja-JP"/>
        </w:rPr>
        <w:t>とてもそう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う</w:t>
      </w:r>
      <w:r w:rsidR="00150828">
        <w:rPr>
          <w:lang w:eastAsia="ja-JP"/>
        </w:rPr>
        <w:tab/>
      </w:r>
      <w:r w:rsidR="00150828" w:rsidRPr="00BB4A4F">
        <w:rPr>
          <w:rFonts w:hint="eastAsia"/>
          <w:b/>
          <w:bCs/>
          <w:lang w:eastAsia="ja-JP"/>
        </w:rPr>
        <w:t>１００％</w:t>
      </w:r>
      <w:r w:rsidR="00150828">
        <w:rPr>
          <w:rFonts w:hint="eastAsia"/>
          <w:lang w:eastAsia="ja-JP"/>
        </w:rPr>
        <w:t xml:space="preserve">　</w:t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う</w:t>
      </w:r>
      <w:r w:rsidR="008B0386">
        <w:rPr>
          <w:lang w:eastAsia="ja-JP"/>
        </w:rPr>
        <w:t xml:space="preserve"> □ 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ふつう</w:t>
            </w:r>
          </w:rt>
          <w:rubyBase>
            <w:r w:rsidR="008B0386">
              <w:rPr>
                <w:rFonts w:hint="eastAsia"/>
                <w:lang w:eastAsia="ja-JP"/>
              </w:rPr>
              <w:t>普通</w:t>
            </w:r>
          </w:rubyBase>
        </w:ruby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わない</w:t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わからない</w:t>
      </w:r>
      <w:r>
        <w:rPr>
          <w:lang w:eastAsia="ja-JP"/>
        </w:rPr>
        <w:br/>
      </w:r>
    </w:p>
    <w:p w14:paraId="06B94DAF" w14:textId="77777777" w:rsidR="00D2360D" w:rsidRDefault="00D2360D" w:rsidP="00D2360D">
      <w:pPr>
        <w:pStyle w:val="1"/>
        <w:spacing w:line="400" w:lineRule="exact"/>
        <w:rPr>
          <w:lang w:eastAsia="ja-JP"/>
        </w:rPr>
      </w:pPr>
    </w:p>
    <w:p w14:paraId="5AB53C3B" w14:textId="32D0938D" w:rsidR="002A0FB1" w:rsidRDefault="002C7E5E" w:rsidP="00D2360D">
      <w:pPr>
        <w:pStyle w:val="1"/>
        <w:spacing w:line="400" w:lineRule="exact"/>
        <w:rPr>
          <w:lang w:eastAsia="ja-JP"/>
        </w:rPr>
      </w:pPr>
      <w:r>
        <w:rPr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C7E5E" w:rsidRPr="002C7E5E">
              <w:rPr>
                <w:rFonts w:ascii="ＭＳ ゴシック" w:eastAsia="ＭＳ ゴシック" w:hAnsi="ＭＳ ゴシック" w:hint="eastAsia"/>
                <w:sz w:val="14"/>
                <w:lang w:eastAsia="ja-JP"/>
              </w:rPr>
              <w:t>そうごうてき</w:t>
            </w:r>
          </w:rt>
          <w:rubyBase>
            <w:r w:rsidR="002C7E5E">
              <w:rPr>
                <w:rFonts w:hint="eastAsia"/>
                <w:lang w:eastAsia="ja-JP"/>
              </w:rPr>
              <w:t>総合的</w:t>
            </w:r>
          </w:rubyBase>
        </w:ruby>
      </w:r>
      <w:r w:rsidR="00D27196">
        <w:rPr>
          <w:lang w:eastAsia="ja-JP"/>
        </w:rPr>
        <w:t>な</w:t>
      </w:r>
      <w:r>
        <w:rPr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C7E5E" w:rsidRPr="002C7E5E">
              <w:rPr>
                <w:rFonts w:ascii="ＭＳ ゴシック" w:eastAsia="ＭＳ ゴシック" w:hAnsi="ＭＳ ゴシック" w:hint="eastAsia"/>
                <w:sz w:val="14"/>
                <w:lang w:eastAsia="ja-JP"/>
              </w:rPr>
              <w:t>かんそう</w:t>
            </w:r>
          </w:rt>
          <w:rubyBase>
            <w:r w:rsidR="002C7E5E">
              <w:rPr>
                <w:rFonts w:hint="eastAsia"/>
                <w:lang w:eastAsia="ja-JP"/>
              </w:rPr>
              <w:t>感想</w:t>
            </w:r>
          </w:rubyBase>
        </w:ruby>
      </w:r>
    </w:p>
    <w:p w14:paraId="75D48C55" w14:textId="363AA3B4" w:rsidR="002A0FB1" w:rsidRDefault="00D27196" w:rsidP="00D2360D">
      <w:pPr>
        <w:spacing w:line="400" w:lineRule="exact"/>
        <w:rPr>
          <w:lang w:eastAsia="ja-JP"/>
        </w:rPr>
      </w:pPr>
      <w:r>
        <w:rPr>
          <w:lang w:eastAsia="ja-JP"/>
        </w:rPr>
        <w:t xml:space="preserve">🔷 </w:t>
      </w:r>
      <w:r w:rsidR="002C7E5E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sz w:val="11"/>
                <w:lang w:eastAsia="ja-JP"/>
              </w:rPr>
              <w:t>そうごうてき</w:t>
            </w:r>
          </w:rt>
          <w:rubyBase>
            <w:r w:rsidR="002C7E5E">
              <w:rPr>
                <w:rFonts w:hint="eastAsia"/>
                <w:lang w:eastAsia="ja-JP"/>
              </w:rPr>
              <w:t>総合的</w:t>
            </w:r>
          </w:rubyBase>
        </w:ruby>
      </w:r>
      <w:r>
        <w:rPr>
          <w:lang w:eastAsia="ja-JP"/>
        </w:rPr>
        <w:t>に</w:t>
      </w:r>
      <w:r w:rsidR="002C7E5E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sz w:val="11"/>
                <w:lang w:eastAsia="ja-JP"/>
              </w:rPr>
              <w:t>ひょうか</w:t>
            </w:r>
          </w:rt>
          <w:rubyBase>
            <w:r w:rsidR="002C7E5E">
              <w:rPr>
                <w:rFonts w:hint="eastAsia"/>
                <w:lang w:eastAsia="ja-JP"/>
              </w:rPr>
              <w:t>評価</w:t>
            </w:r>
          </w:rubyBase>
        </w:ruby>
      </w:r>
      <w:r>
        <w:rPr>
          <w:lang w:eastAsia="ja-JP"/>
        </w:rPr>
        <w:t>して</w:t>
      </w:r>
      <w:r w:rsidR="002C7E5E"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sz w:val="11"/>
                <w:lang w:eastAsia="ja-JP"/>
              </w:rPr>
              <w:t>まんぞく</w:t>
            </w:r>
          </w:rt>
          <w:rubyBase>
            <w:r w:rsidR="002C7E5E">
              <w:rPr>
                <w:rFonts w:hint="eastAsia"/>
                <w:lang w:eastAsia="ja-JP"/>
              </w:rPr>
              <w:t>満足</w:t>
            </w:r>
          </w:rubyBase>
        </w:ruby>
      </w:r>
      <w:r>
        <w:rPr>
          <w:lang w:eastAsia="ja-JP"/>
        </w:rPr>
        <w:t>している</w:t>
      </w:r>
    </w:p>
    <w:p w14:paraId="6CB02663" w14:textId="2865EFD7" w:rsidR="008B0386" w:rsidRDefault="00D27196" w:rsidP="00D2360D">
      <w:pPr>
        <w:spacing w:line="400" w:lineRule="exact"/>
        <w:rPr>
          <w:lang w:eastAsia="ja-JP"/>
        </w:rPr>
      </w:pPr>
      <w:r>
        <w:rPr>
          <w:lang w:eastAsia="ja-JP"/>
        </w:rPr>
        <w:t>□</w:t>
      </w:r>
      <w:r w:rsidR="008B0386">
        <w:rPr>
          <w:lang w:eastAsia="ja-JP"/>
        </w:rPr>
        <w:t>とてもそう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う</w:t>
      </w:r>
      <w:r w:rsidR="00150828">
        <w:rPr>
          <w:lang w:eastAsia="ja-JP"/>
        </w:rPr>
        <w:tab/>
      </w:r>
      <w:r w:rsidR="00150828" w:rsidRPr="00BB4A4F">
        <w:rPr>
          <w:rFonts w:hint="eastAsia"/>
          <w:b/>
          <w:bCs/>
          <w:lang w:eastAsia="ja-JP"/>
        </w:rPr>
        <w:t>１００％</w:t>
      </w:r>
      <w:r w:rsidR="00150828">
        <w:rPr>
          <w:rFonts w:hint="eastAsia"/>
          <w:lang w:eastAsia="ja-JP"/>
        </w:rPr>
        <w:t xml:space="preserve">　</w:t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う</w:t>
      </w:r>
      <w:r w:rsidR="008B0386">
        <w:rPr>
          <w:lang w:eastAsia="ja-JP"/>
        </w:rPr>
        <w:t xml:space="preserve"> □ 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ふつう</w:t>
            </w:r>
          </w:rt>
          <w:rubyBase>
            <w:r w:rsidR="008B0386">
              <w:rPr>
                <w:rFonts w:hint="eastAsia"/>
                <w:lang w:eastAsia="ja-JP"/>
              </w:rPr>
              <w:t>普通</w:t>
            </w:r>
          </w:rubyBase>
        </w:ruby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そう</w:t>
      </w:r>
      <w:r w:rsidR="008B038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B0386" w:rsidRPr="0014565A">
              <w:rPr>
                <w:rFonts w:ascii="ＭＳ 明朝" w:eastAsia="ＭＳ 明朝" w:hAnsi="ＭＳ 明朝" w:hint="eastAsia"/>
                <w:sz w:val="11"/>
                <w:lang w:eastAsia="ja-JP"/>
              </w:rPr>
              <w:t>おも</w:t>
            </w:r>
          </w:rt>
          <w:rubyBase>
            <w:r w:rsidR="008B0386">
              <w:rPr>
                <w:rFonts w:hint="eastAsia"/>
                <w:lang w:eastAsia="ja-JP"/>
              </w:rPr>
              <w:t>思</w:t>
            </w:r>
          </w:rubyBase>
        </w:ruby>
      </w:r>
      <w:r w:rsidR="008B0386">
        <w:rPr>
          <w:lang w:eastAsia="ja-JP"/>
        </w:rPr>
        <w:t>わない</w:t>
      </w:r>
      <w:r w:rsidR="008B0386">
        <w:rPr>
          <w:lang w:eastAsia="ja-JP"/>
        </w:rPr>
        <w:t xml:space="preserve"> □ </w:t>
      </w:r>
      <w:r w:rsidR="008B0386">
        <w:rPr>
          <w:lang w:eastAsia="ja-JP"/>
        </w:rPr>
        <w:t>わからない</w:t>
      </w:r>
    </w:p>
    <w:p w14:paraId="754CECB0" w14:textId="77777777" w:rsidR="00150828" w:rsidRDefault="00150828">
      <w:pPr>
        <w:rPr>
          <w:lang w:eastAsia="ja-JP"/>
        </w:rPr>
      </w:pPr>
    </w:p>
    <w:p w14:paraId="44D236AB" w14:textId="69AEE325" w:rsidR="002A0FB1" w:rsidRDefault="002C7E5E">
      <w:pPr>
        <w:rPr>
          <w:lang w:eastAsia="ja-JP"/>
        </w:rPr>
      </w:pPr>
      <w:r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sz w:val="11"/>
                <w:lang w:eastAsia="ja-JP"/>
              </w:rPr>
              <w:t>ごきょうりょく</w:t>
            </w:r>
          </w:rt>
          <w:rubyBase>
            <w:r w:rsidR="002C7E5E">
              <w:rPr>
                <w:rFonts w:hint="eastAsia"/>
                <w:lang w:eastAsia="ja-JP"/>
              </w:rPr>
              <w:t>ご協力</w:t>
            </w:r>
          </w:rubyBase>
        </w:ruby>
      </w:r>
      <w:r w:rsidR="00D27196">
        <w:rPr>
          <w:lang w:eastAsia="ja-JP"/>
        </w:rPr>
        <w:t>ありがとうございました。</w:t>
      </w:r>
      <w:r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sz w:val="11"/>
                <w:lang w:eastAsia="ja-JP"/>
              </w:rPr>
              <w:t>ごいけん</w:t>
            </w:r>
          </w:rt>
          <w:rubyBase>
            <w:r w:rsidR="002C7E5E">
              <w:rPr>
                <w:rFonts w:hint="eastAsia"/>
                <w:lang w:eastAsia="ja-JP"/>
              </w:rPr>
              <w:t>ご意見</w:t>
            </w:r>
          </w:rubyBase>
        </w:ruby>
      </w:r>
      <w:r w:rsidR="00D27196">
        <w:rPr>
          <w:lang w:eastAsia="ja-JP"/>
        </w:rPr>
        <w:t>を</w:t>
      </w:r>
      <w:r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sz w:val="11"/>
                <w:lang w:eastAsia="ja-JP"/>
              </w:rPr>
              <w:t>こんご</w:t>
            </w:r>
          </w:rt>
          <w:rubyBase>
            <w:r w:rsidR="002C7E5E">
              <w:rPr>
                <w:rFonts w:hint="eastAsia"/>
                <w:lang w:eastAsia="ja-JP"/>
              </w:rPr>
              <w:t>今後</w:t>
            </w:r>
          </w:rubyBase>
        </w:ruby>
      </w:r>
      <w:r w:rsidR="00D27196">
        <w:rPr>
          <w:lang w:eastAsia="ja-JP"/>
        </w:rPr>
        <w:t>の</w:t>
      </w:r>
      <w:r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sz w:val="11"/>
                <w:lang w:eastAsia="ja-JP"/>
              </w:rPr>
              <w:t>ほいく</w:t>
            </w:r>
          </w:rt>
          <w:rubyBase>
            <w:r w:rsidR="002C7E5E">
              <w:rPr>
                <w:rFonts w:hint="eastAsia"/>
                <w:lang w:eastAsia="ja-JP"/>
              </w:rPr>
              <w:t>保育</w:t>
            </w:r>
          </w:rubyBase>
        </w:ruby>
      </w:r>
      <w:r w:rsidR="00D27196">
        <w:rPr>
          <w:lang w:eastAsia="ja-JP"/>
        </w:rPr>
        <w:t>に</w:t>
      </w:r>
      <w:r>
        <w:rPr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C7E5E" w:rsidRPr="002C7E5E">
              <w:rPr>
                <w:rFonts w:ascii="ＭＳ 明朝" w:eastAsia="ＭＳ 明朝" w:hAnsi="ＭＳ 明朝" w:hint="eastAsia"/>
                <w:sz w:val="11"/>
                <w:lang w:eastAsia="ja-JP"/>
              </w:rPr>
              <w:t>はんえい</w:t>
            </w:r>
          </w:rt>
          <w:rubyBase>
            <w:r w:rsidR="002C7E5E">
              <w:rPr>
                <w:rFonts w:hint="eastAsia"/>
                <w:lang w:eastAsia="ja-JP"/>
              </w:rPr>
              <w:t>反映</w:t>
            </w:r>
          </w:rubyBase>
        </w:ruby>
      </w:r>
      <w:r w:rsidR="00D27196">
        <w:rPr>
          <w:lang w:eastAsia="ja-JP"/>
        </w:rPr>
        <w:t>させてまいります。</w:t>
      </w:r>
    </w:p>
    <w:p w14:paraId="7A4173A7" w14:textId="50CE6162" w:rsidR="002C7E5E" w:rsidRDefault="002C7E5E">
      <w:pPr>
        <w:rPr>
          <w:lang w:eastAsia="ja-JP"/>
        </w:rPr>
      </w:pPr>
      <w:r w:rsidRPr="002C7E5E">
        <w:rPr>
          <w:lang w:eastAsia="ja-JP"/>
        </w:rPr>
        <w:t>Thank you for your cooperation. We will reflect your opinions in our future childcare.</w:t>
      </w:r>
    </w:p>
    <w:p w14:paraId="4F8821C6" w14:textId="18B606B9" w:rsidR="002A0FB1" w:rsidRDefault="00D27196">
      <w:pPr>
        <w:rPr>
          <w:lang w:eastAsia="ja-JP"/>
        </w:rPr>
      </w:pPr>
      <w:r>
        <w:rPr>
          <w:lang w:eastAsia="ja-JP"/>
        </w:rPr>
        <w:t>くっきぃず保育園・くっきぃず</w:t>
      </w:r>
      <w:r w:rsidR="002C7E5E">
        <w:rPr>
          <w:rFonts w:hint="eastAsia"/>
          <w:lang w:eastAsia="ja-JP"/>
        </w:rPr>
        <w:t>アカデメイア</w:t>
      </w:r>
      <w:r>
        <w:rPr>
          <w:lang w:eastAsia="ja-JP"/>
        </w:rPr>
        <w:t>MOU</w:t>
      </w:r>
    </w:p>
    <w:p w14:paraId="11805E6A" w14:textId="77777777" w:rsidR="00432560" w:rsidRDefault="00432560">
      <w:pPr>
        <w:rPr>
          <w:lang w:eastAsia="ja-JP"/>
        </w:rPr>
      </w:pPr>
    </w:p>
    <w:p w14:paraId="2B90E436" w14:textId="457A268F" w:rsidR="00432560" w:rsidRPr="00432560" w:rsidRDefault="00432560">
      <w:pPr>
        <w:rPr>
          <w:lang w:eastAsia="ja-JP"/>
        </w:rPr>
      </w:pPr>
    </w:p>
    <w:sectPr w:rsidR="00432560" w:rsidRPr="0043256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48D60" w14:textId="77777777" w:rsidR="00C865C0" w:rsidRDefault="00C865C0" w:rsidP="00432560">
      <w:pPr>
        <w:spacing w:after="0" w:line="240" w:lineRule="auto"/>
      </w:pPr>
      <w:r>
        <w:separator/>
      </w:r>
    </w:p>
  </w:endnote>
  <w:endnote w:type="continuationSeparator" w:id="0">
    <w:p w14:paraId="45D7E37A" w14:textId="77777777" w:rsidR="00C865C0" w:rsidRDefault="00C865C0" w:rsidP="00432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E446C" w14:textId="77777777" w:rsidR="00C865C0" w:rsidRDefault="00C865C0" w:rsidP="00432560">
      <w:pPr>
        <w:spacing w:after="0" w:line="240" w:lineRule="auto"/>
      </w:pPr>
      <w:r>
        <w:separator/>
      </w:r>
    </w:p>
  </w:footnote>
  <w:footnote w:type="continuationSeparator" w:id="0">
    <w:p w14:paraId="3E7523ED" w14:textId="77777777" w:rsidR="00C865C0" w:rsidRDefault="00C865C0" w:rsidP="00432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0169337">
    <w:abstractNumId w:val="8"/>
  </w:num>
  <w:num w:numId="2" w16cid:durableId="1401752242">
    <w:abstractNumId w:val="6"/>
  </w:num>
  <w:num w:numId="3" w16cid:durableId="1835952167">
    <w:abstractNumId w:val="5"/>
  </w:num>
  <w:num w:numId="4" w16cid:durableId="632637385">
    <w:abstractNumId w:val="4"/>
  </w:num>
  <w:num w:numId="5" w16cid:durableId="1772041604">
    <w:abstractNumId w:val="7"/>
  </w:num>
  <w:num w:numId="6" w16cid:durableId="919219967">
    <w:abstractNumId w:val="3"/>
  </w:num>
  <w:num w:numId="7" w16cid:durableId="1690637810">
    <w:abstractNumId w:val="2"/>
  </w:num>
  <w:num w:numId="8" w16cid:durableId="492993669">
    <w:abstractNumId w:val="1"/>
  </w:num>
  <w:num w:numId="9" w16cid:durableId="1164858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80E"/>
    <w:rsid w:val="0006063C"/>
    <w:rsid w:val="0014565A"/>
    <w:rsid w:val="0015074B"/>
    <w:rsid w:val="00150828"/>
    <w:rsid w:val="0028136C"/>
    <w:rsid w:val="0029639D"/>
    <w:rsid w:val="002A0FB1"/>
    <w:rsid w:val="002C7E5E"/>
    <w:rsid w:val="00326F90"/>
    <w:rsid w:val="003607F0"/>
    <w:rsid w:val="003D2DE4"/>
    <w:rsid w:val="00432560"/>
    <w:rsid w:val="005C422C"/>
    <w:rsid w:val="007F2F5E"/>
    <w:rsid w:val="008B0386"/>
    <w:rsid w:val="00A959B4"/>
    <w:rsid w:val="00AA1D8D"/>
    <w:rsid w:val="00B017E0"/>
    <w:rsid w:val="00B47730"/>
    <w:rsid w:val="00BB4A4F"/>
    <w:rsid w:val="00C04A3A"/>
    <w:rsid w:val="00C865C0"/>
    <w:rsid w:val="00CB0664"/>
    <w:rsid w:val="00D2360D"/>
    <w:rsid w:val="00D27196"/>
    <w:rsid w:val="00FB3B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220DDF"/>
  <w14:defaultImageDpi w14:val="300"/>
  <w15:docId w15:val="{A774BEE7-2381-4CE1-9CD8-A02B423F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1321</Words>
  <Characters>7530</Characters>
  <Application>Microsoft Office Word</Application>
  <DocSecurity>0</DocSecurity>
  <Lines>62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hoikukyokai cookies</cp:lastModifiedBy>
  <cp:revision>3</cp:revision>
  <dcterms:created xsi:type="dcterms:W3CDTF">2026-06-15T05:27:00Z</dcterms:created>
  <dcterms:modified xsi:type="dcterms:W3CDTF">2026-06-26T01:05:00Z</dcterms:modified>
  <cp:category/>
</cp:coreProperties>
</file>